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</w:tblGrid>
      <w:tr w:rsidR="00AC7054">
        <w:trPr>
          <w:jc w:val="center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054" w:rsidRDefault="00A70F07">
            <w:r>
              <w:rPr>
                <w:noProof/>
              </w:rPr>
              <w:drawing>
                <wp:inline distT="0" distB="0" distL="0" distR="0">
                  <wp:extent cx="1584000" cy="93462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rotary_event_logo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93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054" w:rsidRDefault="00A70F07">
            <w:pPr>
              <w:jc w:val="right"/>
            </w:pPr>
            <w:r>
              <w:rPr>
                <w:b/>
                <w:color w:val="969696"/>
                <w:sz w:val="20"/>
              </w:rPr>
              <w:t>LOGO DEL DISTRITO</w:t>
            </w:r>
          </w:p>
        </w:tc>
      </w:tr>
    </w:tbl>
    <w:p w:rsidR="004466CD" w:rsidRDefault="004466CD">
      <w:pPr>
        <w:spacing w:before="80" w:after="160"/>
        <w:jc w:val="center"/>
        <w:rPr>
          <w:b/>
          <w:sz w:val="30"/>
        </w:rPr>
      </w:pPr>
    </w:p>
    <w:p w:rsidR="00AC7054" w:rsidRDefault="00A70F07">
      <w:pPr>
        <w:spacing w:before="80" w:after="160"/>
        <w:jc w:val="center"/>
        <w:rPr>
          <w:b/>
          <w:sz w:val="30"/>
        </w:rPr>
      </w:pPr>
      <w:r>
        <w:rPr>
          <w:b/>
          <w:sz w:val="30"/>
        </w:rPr>
        <w:t>PODER</w:t>
      </w:r>
      <w:bookmarkStart w:id="0" w:name="_GoBack"/>
      <w:bookmarkEnd w:id="0"/>
    </w:p>
    <w:p w:rsidR="004466CD" w:rsidRDefault="004466CD">
      <w:pPr>
        <w:spacing w:before="80" w:after="160"/>
        <w:jc w:val="center"/>
      </w:pPr>
    </w:p>
    <w:p w:rsidR="00AC7054" w:rsidRPr="004466CD" w:rsidRDefault="00A70F07">
      <w:pPr>
        <w:spacing w:after="60" w:line="240" w:lineRule="auto"/>
        <w:rPr>
          <w:sz w:val="24"/>
          <w:szCs w:val="24"/>
        </w:rPr>
      </w:pPr>
      <w:r w:rsidRPr="004466CD">
        <w:rPr>
          <w:sz w:val="24"/>
          <w:szCs w:val="24"/>
        </w:rPr>
        <w:t>Yo, Gobernador(a) del Distrito Rotario nº __________, Sr./Sra. _________________________</w:t>
      </w:r>
      <w:r w:rsidRPr="004466CD">
        <w:rPr>
          <w:sz w:val="24"/>
          <w:szCs w:val="24"/>
        </w:rPr>
        <w:t>,</w:t>
      </w:r>
    </w:p>
    <w:p w:rsidR="00AC7054" w:rsidRPr="004466CD" w:rsidRDefault="00A70F07">
      <w:pPr>
        <w:spacing w:after="60" w:line="240" w:lineRule="auto"/>
        <w:rPr>
          <w:sz w:val="24"/>
          <w:szCs w:val="24"/>
        </w:rPr>
      </w:pPr>
      <w:r w:rsidRPr="004466CD">
        <w:rPr>
          <w:sz w:val="24"/>
          <w:szCs w:val="24"/>
        </w:rPr>
        <w:t xml:space="preserve">Gestión 2026–2027, por medio del presente instrumento, </w:t>
      </w:r>
      <w:r w:rsidRPr="004466CD">
        <w:rPr>
          <w:b/>
          <w:sz w:val="24"/>
          <w:szCs w:val="24"/>
        </w:rPr>
        <w:t>AUTORIZO</w:t>
      </w:r>
      <w:r w:rsidRPr="004466CD">
        <w:rPr>
          <w:sz w:val="24"/>
          <w:szCs w:val="24"/>
        </w:rPr>
        <w:t xml:space="preserve"> al/a la Sr./Sra.</w:t>
      </w:r>
      <w:r w:rsidR="004466CD">
        <w:rPr>
          <w:sz w:val="24"/>
          <w:szCs w:val="24"/>
        </w:rPr>
        <w:t>--------------</w:t>
      </w:r>
    </w:p>
    <w:p w:rsidR="00AC7054" w:rsidRPr="004466CD" w:rsidRDefault="00A70F07">
      <w:pPr>
        <w:spacing w:after="60" w:line="240" w:lineRule="auto"/>
        <w:rPr>
          <w:sz w:val="24"/>
          <w:szCs w:val="24"/>
        </w:rPr>
      </w:pPr>
      <w:r w:rsidRPr="004466CD">
        <w:rPr>
          <w:sz w:val="24"/>
          <w:szCs w:val="24"/>
        </w:rPr>
        <w:t>______________________________________________</w:t>
      </w:r>
      <w:r w:rsidRPr="004466CD">
        <w:rPr>
          <w:sz w:val="24"/>
          <w:szCs w:val="24"/>
        </w:rPr>
        <w:t>,</w:t>
      </w:r>
    </w:p>
    <w:p w:rsidR="00AC7054" w:rsidRPr="004466CD" w:rsidRDefault="00A70F07">
      <w:pPr>
        <w:spacing w:after="60" w:line="240" w:lineRule="auto"/>
        <w:rPr>
          <w:sz w:val="24"/>
          <w:szCs w:val="24"/>
        </w:rPr>
      </w:pPr>
      <w:r w:rsidRPr="004466CD">
        <w:rPr>
          <w:sz w:val="24"/>
          <w:szCs w:val="24"/>
        </w:rPr>
        <w:t>representante del Rotary Club de ________________________</w:t>
      </w:r>
      <w:r w:rsidRPr="004466CD">
        <w:rPr>
          <w:sz w:val="24"/>
          <w:szCs w:val="24"/>
        </w:rPr>
        <w:t>, Distrito nº _________</w:t>
      </w:r>
    </w:p>
    <w:p w:rsidR="00AC7054" w:rsidRPr="004466CD" w:rsidRDefault="00A70F07">
      <w:pPr>
        <w:spacing w:after="60" w:line="240" w:lineRule="auto"/>
        <w:rPr>
          <w:sz w:val="24"/>
          <w:szCs w:val="24"/>
        </w:rPr>
      </w:pPr>
      <w:r w:rsidRPr="004466CD">
        <w:rPr>
          <w:sz w:val="24"/>
          <w:szCs w:val="24"/>
        </w:rPr>
        <w:t xml:space="preserve">a representar </w:t>
      </w:r>
      <w:proofErr w:type="gramStart"/>
      <w:r w:rsidRPr="004466CD">
        <w:rPr>
          <w:sz w:val="24"/>
          <w:szCs w:val="24"/>
        </w:rPr>
        <w:t>a</w:t>
      </w:r>
      <w:proofErr w:type="gramEnd"/>
      <w:r w:rsidRPr="004466CD">
        <w:rPr>
          <w:sz w:val="24"/>
          <w:szCs w:val="24"/>
        </w:rPr>
        <w:t xml:space="preserve"> este Distrito durante la Feria Internacional de Pro</w:t>
      </w:r>
      <w:r w:rsidRPr="004466CD">
        <w:rPr>
          <w:sz w:val="24"/>
          <w:szCs w:val="24"/>
        </w:rPr>
        <w:t>yectos Rotarios, realizada en el marco del</w:t>
      </w:r>
    </w:p>
    <w:p w:rsidR="00AC7054" w:rsidRPr="004466CD" w:rsidRDefault="00A70F07">
      <w:pPr>
        <w:spacing w:after="120" w:line="240" w:lineRule="auto"/>
        <w:rPr>
          <w:sz w:val="24"/>
          <w:szCs w:val="24"/>
        </w:rPr>
      </w:pPr>
      <w:r w:rsidRPr="004466CD">
        <w:rPr>
          <w:sz w:val="24"/>
          <w:szCs w:val="24"/>
        </w:rPr>
        <w:t>48º Instituto Rotary Brasil, en Recife/PE, Brasil, los días 25 y 26 de agosto de 2026.</w:t>
      </w:r>
    </w:p>
    <w:p w:rsidR="00AC7054" w:rsidRPr="004466CD" w:rsidRDefault="00A70F07">
      <w:pPr>
        <w:spacing w:after="80" w:line="240" w:lineRule="auto"/>
        <w:rPr>
          <w:sz w:val="24"/>
          <w:szCs w:val="24"/>
        </w:rPr>
      </w:pPr>
      <w:r w:rsidRPr="004466CD">
        <w:rPr>
          <w:b/>
          <w:sz w:val="24"/>
          <w:szCs w:val="24"/>
        </w:rPr>
        <w:t>El/La representante arriba mencionado(a) queda autorizado(a) a presentar el/los siguiente(s) proyecto(s):</w:t>
      </w:r>
    </w:p>
    <w:p w:rsidR="00AC7054" w:rsidRPr="004466CD" w:rsidRDefault="00A70F07">
      <w:pPr>
        <w:spacing w:after="40" w:line="240" w:lineRule="auto"/>
        <w:rPr>
          <w:sz w:val="24"/>
          <w:szCs w:val="24"/>
        </w:rPr>
      </w:pPr>
      <w:r w:rsidRPr="004466CD">
        <w:rPr>
          <w:sz w:val="24"/>
          <w:szCs w:val="24"/>
        </w:rPr>
        <w:t>1. _________________</w:t>
      </w:r>
      <w:r w:rsidRPr="004466CD">
        <w:rPr>
          <w:sz w:val="24"/>
          <w:szCs w:val="24"/>
        </w:rPr>
        <w:t>________________________________________________________________</w:t>
      </w:r>
    </w:p>
    <w:p w:rsidR="00AC7054" w:rsidRPr="004466CD" w:rsidRDefault="00A70F07">
      <w:pPr>
        <w:spacing w:after="40" w:line="240" w:lineRule="auto"/>
        <w:rPr>
          <w:sz w:val="24"/>
          <w:szCs w:val="24"/>
        </w:rPr>
      </w:pPr>
      <w:r w:rsidRPr="004466CD">
        <w:rPr>
          <w:sz w:val="24"/>
          <w:szCs w:val="24"/>
        </w:rPr>
        <w:t>2. _________________________________________________________________________________</w:t>
      </w:r>
    </w:p>
    <w:p w:rsidR="00AC7054" w:rsidRPr="004466CD" w:rsidRDefault="00A70F07">
      <w:pPr>
        <w:spacing w:after="120" w:line="240" w:lineRule="auto"/>
        <w:rPr>
          <w:sz w:val="24"/>
          <w:szCs w:val="24"/>
        </w:rPr>
      </w:pPr>
      <w:r w:rsidRPr="004466CD">
        <w:rPr>
          <w:sz w:val="24"/>
          <w:szCs w:val="24"/>
        </w:rPr>
        <w:t>3. _________________________________________________________________________________</w:t>
      </w:r>
    </w:p>
    <w:p w:rsidR="00AC7054" w:rsidRPr="004466CD" w:rsidRDefault="00A70F07">
      <w:pPr>
        <w:spacing w:after="100" w:line="240" w:lineRule="auto"/>
        <w:jc w:val="both"/>
        <w:rPr>
          <w:sz w:val="24"/>
          <w:szCs w:val="24"/>
        </w:rPr>
      </w:pPr>
      <w:r w:rsidRPr="004466CD">
        <w:rPr>
          <w:sz w:val="24"/>
          <w:szCs w:val="24"/>
        </w:rPr>
        <w:t>así como a realizar g</w:t>
      </w:r>
      <w:r w:rsidRPr="004466CD">
        <w:rPr>
          <w:sz w:val="24"/>
          <w:szCs w:val="24"/>
        </w:rPr>
        <w:t>estiones con potenciales clubes y distritos colaboradores y a firmar Término(s) de Compromiso relacionados con la viabilización, colaboración y aprobación del/de los proyecto(s) arriba identificado(s) ante La Fundación Rotaria, incluso, cuando corresponda,</w:t>
      </w:r>
      <w:r w:rsidRPr="004466CD">
        <w:rPr>
          <w:sz w:val="24"/>
          <w:szCs w:val="24"/>
        </w:rPr>
        <w:t xml:space="preserve"> mediante la utilización de recursos del Fondo Distrital Designado (FDD), observando los criterios, límites y procedimientos establecidos por el Distrito y La Fundación Rotaria.</w:t>
      </w:r>
    </w:p>
    <w:p w:rsidR="00AC7054" w:rsidRPr="004466CD" w:rsidRDefault="00A70F07">
      <w:pPr>
        <w:spacing w:line="240" w:lineRule="auto"/>
        <w:jc w:val="both"/>
        <w:rPr>
          <w:sz w:val="24"/>
          <w:szCs w:val="24"/>
        </w:rPr>
      </w:pPr>
      <w:r w:rsidRPr="004466CD">
        <w:rPr>
          <w:sz w:val="24"/>
          <w:szCs w:val="24"/>
        </w:rPr>
        <w:t xml:space="preserve">El presente Poder se otorga exclusivamente para las finalidades descritas </w:t>
      </w:r>
      <w:r w:rsidRPr="004466CD">
        <w:rPr>
          <w:sz w:val="24"/>
          <w:szCs w:val="24"/>
        </w:rPr>
        <w:t>anteriormente y en el ámbito de la Feria Internacional de Proyectos Rotarios del 48º Instituto Rotary Brasil.</w:t>
      </w:r>
    </w:p>
    <w:p w:rsidR="00AC7054" w:rsidRPr="004466CD" w:rsidRDefault="00A70F07">
      <w:pPr>
        <w:spacing w:after="360"/>
        <w:jc w:val="right"/>
        <w:rPr>
          <w:sz w:val="24"/>
          <w:szCs w:val="24"/>
        </w:rPr>
      </w:pPr>
      <w:r w:rsidRPr="004466CD">
        <w:rPr>
          <w:sz w:val="24"/>
          <w:szCs w:val="24"/>
        </w:rPr>
        <w:t>____________________________________, ______ de agosto de 2026.</w:t>
      </w:r>
    </w:p>
    <w:p w:rsidR="00AC7054" w:rsidRPr="004466CD" w:rsidRDefault="00A70F07">
      <w:pPr>
        <w:spacing w:after="0"/>
        <w:jc w:val="center"/>
        <w:rPr>
          <w:sz w:val="24"/>
          <w:szCs w:val="24"/>
        </w:rPr>
      </w:pPr>
      <w:r w:rsidRPr="004466CD">
        <w:rPr>
          <w:sz w:val="24"/>
          <w:szCs w:val="24"/>
        </w:rPr>
        <w:t>____________________________________________________________</w:t>
      </w:r>
    </w:p>
    <w:p w:rsidR="00AC7054" w:rsidRPr="004466CD" w:rsidRDefault="00A70F07">
      <w:pPr>
        <w:spacing w:after="0"/>
        <w:jc w:val="center"/>
        <w:rPr>
          <w:sz w:val="24"/>
          <w:szCs w:val="24"/>
        </w:rPr>
      </w:pPr>
      <w:r w:rsidRPr="004466CD">
        <w:rPr>
          <w:b/>
          <w:sz w:val="24"/>
          <w:szCs w:val="24"/>
        </w:rPr>
        <w:t>Nombre del/de la Gobe</w:t>
      </w:r>
      <w:r w:rsidRPr="004466CD">
        <w:rPr>
          <w:b/>
          <w:sz w:val="24"/>
          <w:szCs w:val="24"/>
        </w:rPr>
        <w:t>rnador(a)</w:t>
      </w:r>
    </w:p>
    <w:p w:rsidR="00AC7054" w:rsidRPr="004466CD" w:rsidRDefault="00A70F07">
      <w:pPr>
        <w:spacing w:after="0"/>
        <w:jc w:val="center"/>
        <w:rPr>
          <w:sz w:val="24"/>
          <w:szCs w:val="24"/>
        </w:rPr>
      </w:pPr>
      <w:r w:rsidRPr="004466CD">
        <w:rPr>
          <w:sz w:val="24"/>
          <w:szCs w:val="24"/>
        </w:rPr>
        <w:t>Gobernador(a) del Distrito nº __________ | Gestión 2026–2027</w:t>
      </w:r>
    </w:p>
    <w:sectPr w:rsidR="00AC7054" w:rsidRPr="004466CD" w:rsidSect="00034616">
      <w:pgSz w:w="12240" w:h="15840"/>
      <w:pgMar w:top="652" w:right="879" w:bottom="652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38A2"/>
    <w:rsid w:val="0015074B"/>
    <w:rsid w:val="0029639D"/>
    <w:rsid w:val="00326F90"/>
    <w:rsid w:val="004466CD"/>
    <w:rsid w:val="004F22AC"/>
    <w:rsid w:val="00936C78"/>
    <w:rsid w:val="00A70F07"/>
    <w:rsid w:val="00AA1D8D"/>
    <w:rsid w:val="00AC705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5BB08F"/>
  <w14:defaultImageDpi w14:val="300"/>
  <w15:docId w15:val="{342469ED-691E-4507-B9C7-FC9F1E01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DD343F-C041-4160-8AA0-B58E1022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Darci Luís Campo</cp:lastModifiedBy>
  <cp:revision>5</cp:revision>
  <dcterms:created xsi:type="dcterms:W3CDTF">2026-08-13T16:57:00Z</dcterms:created>
  <dcterms:modified xsi:type="dcterms:W3CDTF">2026-08-13T16:58:00Z</dcterms:modified>
  <cp:category/>
</cp:coreProperties>
</file>