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4A0" w:firstRow="1" w:lastRow="0" w:firstColumn="1" w:lastColumn="0" w:noHBand="0" w:noVBand="1"/>
      </w:tblPr>
      <w:tblGrid>
        <w:gridCol w:w="5241"/>
        <w:gridCol w:w="5241"/>
      </w:tblGrid>
      <w:tr w:rsidR="001F51B0">
        <w:trPr>
          <w:jc w:val="center"/>
        </w:trPr>
        <w:tc>
          <w:tcPr>
            <w:tcW w:w="5241" w:type="dxa"/>
            <w:tcBorders>
              <w:top w:val="nil"/>
              <w:left w:val="nil"/>
              <w:bottom w:val="nil"/>
              <w:right w:val="nil"/>
            </w:tcBorders>
            <w:vAlign w:val="center"/>
          </w:tcPr>
          <w:p w:rsidR="001F51B0" w:rsidRDefault="008664EA">
            <w:r>
              <w:rPr>
                <w:noProof/>
              </w:rPr>
              <w:drawing>
                <wp:inline distT="0" distB="0" distL="0" distR="0">
                  <wp:extent cx="1238250" cy="7306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rotary_event_logo.jpg"/>
                          <pic:cNvPicPr/>
                        </pic:nvPicPr>
                        <pic:blipFill>
                          <a:blip r:embed="rId6"/>
                          <a:stretch>
                            <a:fillRect/>
                          </a:stretch>
                        </pic:blipFill>
                        <pic:spPr>
                          <a:xfrm>
                            <a:off x="0" y="0"/>
                            <a:ext cx="1249528" cy="737269"/>
                          </a:xfrm>
                          <a:prstGeom prst="rect">
                            <a:avLst/>
                          </a:prstGeom>
                        </pic:spPr>
                      </pic:pic>
                    </a:graphicData>
                  </a:graphic>
                </wp:inline>
              </w:drawing>
            </w:r>
          </w:p>
        </w:tc>
        <w:tc>
          <w:tcPr>
            <w:tcW w:w="5241" w:type="dxa"/>
            <w:tcBorders>
              <w:top w:val="nil"/>
              <w:left w:val="nil"/>
              <w:bottom w:val="nil"/>
              <w:right w:val="nil"/>
            </w:tcBorders>
            <w:vAlign w:val="center"/>
          </w:tcPr>
          <w:p w:rsidR="001F51B0" w:rsidRDefault="008664EA">
            <w:pPr>
              <w:jc w:val="right"/>
            </w:pPr>
            <w:r>
              <w:rPr>
                <w:b/>
                <w:color w:val="969696"/>
                <w:sz w:val="20"/>
              </w:rPr>
              <w:t>DISTRICT LOGO</w:t>
            </w:r>
          </w:p>
        </w:tc>
      </w:tr>
    </w:tbl>
    <w:p w:rsidR="008664EA" w:rsidRDefault="008664EA">
      <w:pPr>
        <w:spacing w:before="80" w:after="160"/>
        <w:jc w:val="center"/>
        <w:rPr>
          <w:b/>
          <w:sz w:val="30"/>
        </w:rPr>
      </w:pPr>
    </w:p>
    <w:p w:rsidR="001F51B0" w:rsidRDefault="008664EA">
      <w:pPr>
        <w:spacing w:before="80" w:after="160"/>
        <w:jc w:val="center"/>
      </w:pPr>
      <w:r>
        <w:rPr>
          <w:b/>
          <w:sz w:val="30"/>
        </w:rPr>
        <w:t>POWER OF ATTORNEY</w:t>
      </w:r>
      <w:bookmarkStart w:id="0" w:name="_GoBack"/>
      <w:bookmarkEnd w:id="0"/>
    </w:p>
    <w:p w:rsidR="001F51B0" w:rsidRPr="008664EA" w:rsidRDefault="008664EA">
      <w:pPr>
        <w:spacing w:after="60" w:line="240" w:lineRule="auto"/>
        <w:rPr>
          <w:sz w:val="24"/>
          <w:szCs w:val="24"/>
        </w:rPr>
      </w:pPr>
      <w:r w:rsidRPr="008664EA">
        <w:rPr>
          <w:sz w:val="24"/>
          <w:szCs w:val="24"/>
        </w:rPr>
        <w:t>I, Governor of Rotary District No. __________, Mr./Ms. ________________________________</w:t>
      </w:r>
      <w:r w:rsidRPr="008664EA">
        <w:rPr>
          <w:sz w:val="24"/>
          <w:szCs w:val="24"/>
        </w:rPr>
        <w:t>,</w:t>
      </w:r>
    </w:p>
    <w:p w:rsidR="001F51B0" w:rsidRPr="008664EA" w:rsidRDefault="008664EA">
      <w:pPr>
        <w:spacing w:after="60" w:line="240" w:lineRule="auto"/>
        <w:rPr>
          <w:sz w:val="24"/>
          <w:szCs w:val="24"/>
        </w:rPr>
      </w:pPr>
      <w:r w:rsidRPr="008664EA">
        <w:rPr>
          <w:sz w:val="24"/>
          <w:szCs w:val="24"/>
        </w:rPr>
        <w:t xml:space="preserve">for the 2026–2027 term, by means of this instrument, hereby </w:t>
      </w:r>
      <w:r w:rsidRPr="008664EA">
        <w:rPr>
          <w:b/>
          <w:sz w:val="24"/>
          <w:szCs w:val="24"/>
        </w:rPr>
        <w:t>AUTHORIZE</w:t>
      </w:r>
      <w:r w:rsidRPr="008664EA">
        <w:rPr>
          <w:sz w:val="24"/>
          <w:szCs w:val="24"/>
        </w:rPr>
        <w:t xml:space="preserve"> Mr./Ms.</w:t>
      </w:r>
    </w:p>
    <w:p w:rsidR="001F51B0" w:rsidRPr="008664EA" w:rsidRDefault="008664EA">
      <w:pPr>
        <w:spacing w:after="60" w:line="240" w:lineRule="auto"/>
        <w:rPr>
          <w:sz w:val="24"/>
          <w:szCs w:val="24"/>
        </w:rPr>
      </w:pPr>
      <w:r w:rsidRPr="008664EA">
        <w:rPr>
          <w:sz w:val="24"/>
          <w:szCs w:val="24"/>
        </w:rPr>
        <w:t>__________________________________________________________________________</w:t>
      </w:r>
      <w:r w:rsidRPr="008664EA">
        <w:rPr>
          <w:sz w:val="24"/>
          <w:szCs w:val="24"/>
        </w:rPr>
        <w:t>,</w:t>
      </w:r>
    </w:p>
    <w:p w:rsidR="001F51B0" w:rsidRPr="008664EA" w:rsidRDefault="008664EA">
      <w:pPr>
        <w:spacing w:after="60" w:line="240" w:lineRule="auto"/>
        <w:rPr>
          <w:sz w:val="24"/>
          <w:szCs w:val="24"/>
        </w:rPr>
      </w:pPr>
      <w:r w:rsidRPr="008664EA">
        <w:rPr>
          <w:sz w:val="24"/>
          <w:szCs w:val="24"/>
        </w:rPr>
        <w:t>representative of the Rotary Club of ____________________________________________, District No. __________,</w:t>
      </w:r>
    </w:p>
    <w:p w:rsidR="001F51B0" w:rsidRPr="008664EA" w:rsidRDefault="008664EA">
      <w:pPr>
        <w:spacing w:after="60" w:line="240" w:lineRule="auto"/>
        <w:rPr>
          <w:sz w:val="24"/>
          <w:szCs w:val="24"/>
        </w:rPr>
      </w:pPr>
      <w:r w:rsidRPr="008664EA">
        <w:rPr>
          <w:sz w:val="24"/>
          <w:szCs w:val="24"/>
        </w:rPr>
        <w:t>to represent this District during the International Rotary Pro</w:t>
      </w:r>
      <w:r w:rsidRPr="008664EA">
        <w:rPr>
          <w:sz w:val="24"/>
          <w:szCs w:val="24"/>
        </w:rPr>
        <w:t>jects Fair, held as part of the</w:t>
      </w:r>
    </w:p>
    <w:p w:rsidR="001F51B0" w:rsidRPr="008664EA" w:rsidRDefault="008664EA">
      <w:pPr>
        <w:spacing w:after="120" w:line="240" w:lineRule="auto"/>
        <w:rPr>
          <w:sz w:val="24"/>
          <w:szCs w:val="24"/>
        </w:rPr>
      </w:pPr>
      <w:r w:rsidRPr="008664EA">
        <w:rPr>
          <w:sz w:val="24"/>
          <w:szCs w:val="24"/>
        </w:rPr>
        <w:t>48th Rotary Institute Brazil, in Recife, Pernambuco, Brazil, on August 25 and 26, 2026.</w:t>
      </w:r>
    </w:p>
    <w:p w:rsidR="001F51B0" w:rsidRPr="008664EA" w:rsidRDefault="008664EA">
      <w:pPr>
        <w:spacing w:after="80" w:line="240" w:lineRule="auto"/>
        <w:rPr>
          <w:sz w:val="24"/>
          <w:szCs w:val="24"/>
        </w:rPr>
      </w:pPr>
      <w:r w:rsidRPr="008664EA">
        <w:rPr>
          <w:b/>
          <w:sz w:val="24"/>
          <w:szCs w:val="24"/>
        </w:rPr>
        <w:t>The above-mentioned representative is authorized to present the following project(s):</w:t>
      </w:r>
    </w:p>
    <w:p w:rsidR="001F51B0" w:rsidRPr="008664EA" w:rsidRDefault="008664EA">
      <w:pPr>
        <w:spacing w:after="40" w:line="240" w:lineRule="auto"/>
        <w:rPr>
          <w:sz w:val="24"/>
          <w:szCs w:val="24"/>
        </w:rPr>
      </w:pPr>
      <w:r w:rsidRPr="008664EA">
        <w:rPr>
          <w:sz w:val="24"/>
          <w:szCs w:val="24"/>
        </w:rPr>
        <w:t>1. _______________________________________________</w:t>
      </w:r>
      <w:r w:rsidRPr="008664EA">
        <w:rPr>
          <w:sz w:val="24"/>
          <w:szCs w:val="24"/>
        </w:rPr>
        <w:t>______________________________</w:t>
      </w:r>
    </w:p>
    <w:p w:rsidR="001F51B0" w:rsidRPr="008664EA" w:rsidRDefault="008664EA">
      <w:pPr>
        <w:spacing w:after="40" w:line="240" w:lineRule="auto"/>
        <w:rPr>
          <w:sz w:val="24"/>
          <w:szCs w:val="24"/>
        </w:rPr>
      </w:pPr>
      <w:r w:rsidRPr="008664EA">
        <w:rPr>
          <w:sz w:val="24"/>
          <w:szCs w:val="24"/>
        </w:rPr>
        <w:t>2. _____________________________________________________________________________</w:t>
      </w:r>
    </w:p>
    <w:p w:rsidR="001F51B0" w:rsidRPr="008664EA" w:rsidRDefault="008664EA">
      <w:pPr>
        <w:spacing w:after="120" w:line="240" w:lineRule="auto"/>
        <w:rPr>
          <w:sz w:val="24"/>
          <w:szCs w:val="24"/>
        </w:rPr>
      </w:pPr>
      <w:r w:rsidRPr="008664EA">
        <w:rPr>
          <w:sz w:val="24"/>
          <w:szCs w:val="24"/>
        </w:rPr>
        <w:t>3. _____________________________________________________________________________</w:t>
      </w:r>
    </w:p>
    <w:p w:rsidR="001F51B0" w:rsidRPr="008664EA" w:rsidRDefault="008664EA">
      <w:pPr>
        <w:spacing w:after="100" w:line="240" w:lineRule="auto"/>
        <w:jc w:val="both"/>
        <w:rPr>
          <w:sz w:val="24"/>
          <w:szCs w:val="24"/>
        </w:rPr>
      </w:pPr>
      <w:r w:rsidRPr="008664EA">
        <w:rPr>
          <w:sz w:val="24"/>
          <w:szCs w:val="24"/>
        </w:rPr>
        <w:t>as well as to conduct discussions with potential pa</w:t>
      </w:r>
      <w:r w:rsidRPr="008664EA">
        <w:rPr>
          <w:sz w:val="24"/>
          <w:szCs w:val="24"/>
        </w:rPr>
        <w:t>rtner clubs and districts and to sign Commitment Agreement(s) related to the feasibility, partnership, and approval of the project(s) identified above with The Rotary Foundation, including, when applicable, the use of District Designated Fund (DDF) resourc</w:t>
      </w:r>
      <w:r w:rsidRPr="008664EA">
        <w:rPr>
          <w:sz w:val="24"/>
          <w:szCs w:val="24"/>
        </w:rPr>
        <w:t>es, in accordance with the criteria, limits, and procedures established by the District and The Rotary Foundation.</w:t>
      </w:r>
    </w:p>
    <w:p w:rsidR="001F51B0" w:rsidRPr="008664EA" w:rsidRDefault="008664EA">
      <w:pPr>
        <w:spacing w:line="240" w:lineRule="auto"/>
        <w:jc w:val="both"/>
        <w:rPr>
          <w:sz w:val="24"/>
          <w:szCs w:val="24"/>
        </w:rPr>
      </w:pPr>
      <w:r w:rsidRPr="008664EA">
        <w:rPr>
          <w:sz w:val="24"/>
          <w:szCs w:val="24"/>
        </w:rPr>
        <w:t>This Power of Attorney is granted exclusively for the purposes described above and within the scope of the International Rotary Projects Fair</w:t>
      </w:r>
      <w:r w:rsidRPr="008664EA">
        <w:rPr>
          <w:sz w:val="24"/>
          <w:szCs w:val="24"/>
        </w:rPr>
        <w:t xml:space="preserve"> at the 48th Rotary Institute Brazil.</w:t>
      </w:r>
    </w:p>
    <w:p w:rsidR="001F51B0" w:rsidRPr="008664EA" w:rsidRDefault="008664EA">
      <w:pPr>
        <w:spacing w:after="360"/>
        <w:jc w:val="right"/>
        <w:rPr>
          <w:sz w:val="24"/>
          <w:szCs w:val="24"/>
        </w:rPr>
      </w:pPr>
      <w:r w:rsidRPr="008664EA">
        <w:rPr>
          <w:sz w:val="24"/>
          <w:szCs w:val="24"/>
        </w:rPr>
        <w:t>____________________________________, August ______, 2026.</w:t>
      </w:r>
    </w:p>
    <w:p w:rsidR="001F51B0" w:rsidRPr="008664EA" w:rsidRDefault="008664EA">
      <w:pPr>
        <w:spacing w:after="0"/>
        <w:jc w:val="center"/>
        <w:rPr>
          <w:sz w:val="24"/>
          <w:szCs w:val="24"/>
        </w:rPr>
      </w:pPr>
      <w:r w:rsidRPr="008664EA">
        <w:rPr>
          <w:sz w:val="24"/>
          <w:szCs w:val="24"/>
        </w:rPr>
        <w:t>____________________________________________________________</w:t>
      </w:r>
    </w:p>
    <w:p w:rsidR="001F51B0" w:rsidRPr="008664EA" w:rsidRDefault="008664EA">
      <w:pPr>
        <w:spacing w:after="0"/>
        <w:jc w:val="center"/>
        <w:rPr>
          <w:sz w:val="24"/>
          <w:szCs w:val="24"/>
        </w:rPr>
      </w:pPr>
      <w:r w:rsidRPr="008664EA">
        <w:rPr>
          <w:b/>
          <w:sz w:val="24"/>
          <w:szCs w:val="24"/>
        </w:rPr>
        <w:t>Name of the Governor</w:t>
      </w:r>
    </w:p>
    <w:p w:rsidR="001F51B0" w:rsidRPr="008664EA" w:rsidRDefault="008664EA">
      <w:pPr>
        <w:spacing w:after="0"/>
        <w:jc w:val="center"/>
        <w:rPr>
          <w:sz w:val="24"/>
          <w:szCs w:val="24"/>
        </w:rPr>
      </w:pPr>
      <w:r w:rsidRPr="008664EA">
        <w:rPr>
          <w:sz w:val="24"/>
          <w:szCs w:val="24"/>
        </w:rPr>
        <w:t>Governor of District No. __________ | 2026–2027 Term</w:t>
      </w:r>
    </w:p>
    <w:sectPr w:rsidR="001F51B0" w:rsidRPr="008664EA" w:rsidSect="00034616">
      <w:pgSz w:w="12240" w:h="15840"/>
      <w:pgMar w:top="652" w:right="879" w:bottom="652"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F51B0"/>
    <w:rsid w:val="0029639D"/>
    <w:rsid w:val="00326F90"/>
    <w:rsid w:val="008664EA"/>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9354FF"/>
  <w14:defaultImageDpi w14:val="300"/>
  <w15:docId w15:val="{130C77B3-5888-4B58-ACCD-A07C0872F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Arial" w:hAnsi="Arial"/>
      <w:sz w:val="21"/>
    </w:rPr>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071B2-29E9-49C5-ABA1-2B6C140E3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264</Words>
  <Characters>1429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Darci Luís Campo</cp:lastModifiedBy>
  <cp:revision>2</cp:revision>
  <dcterms:created xsi:type="dcterms:W3CDTF">2013-12-23T23:15:00Z</dcterms:created>
  <dcterms:modified xsi:type="dcterms:W3CDTF">2026-08-13T17:00:00Z</dcterms:modified>
  <cp:category/>
</cp:coreProperties>
</file>