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3"/>
      </w:tblGrid>
      <w:tr w:rsidR="000D342A" w:rsidTr="00CE6A65">
        <w:trPr>
          <w:trHeight w:val="1770"/>
          <w:jc w:val="center"/>
        </w:trPr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42A" w:rsidRDefault="00EA0489">
            <w:r>
              <w:rPr>
                <w:noProof/>
              </w:rPr>
              <w:drawing>
                <wp:inline distT="0" distB="0" distL="0" distR="0">
                  <wp:extent cx="1584000" cy="93462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rotary_event_log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934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342A" w:rsidRDefault="00EA0489">
            <w:pPr>
              <w:jc w:val="right"/>
            </w:pPr>
            <w:r>
              <w:rPr>
                <w:b/>
                <w:color w:val="969696"/>
                <w:sz w:val="20"/>
              </w:rPr>
              <w:t>LOGO DO DISTRITO</w:t>
            </w:r>
          </w:p>
        </w:tc>
      </w:tr>
    </w:tbl>
    <w:p w:rsidR="00CE6A65" w:rsidRDefault="00CE6A65">
      <w:pPr>
        <w:spacing w:before="80" w:after="160"/>
        <w:jc w:val="center"/>
        <w:rPr>
          <w:b/>
          <w:sz w:val="30"/>
          <w:lang w:val="pt-BR"/>
        </w:rPr>
      </w:pPr>
    </w:p>
    <w:p w:rsidR="000D342A" w:rsidRPr="00CE6A65" w:rsidRDefault="00EA0489">
      <w:pPr>
        <w:spacing w:before="80" w:after="160"/>
        <w:jc w:val="center"/>
        <w:rPr>
          <w:b/>
          <w:sz w:val="24"/>
          <w:szCs w:val="24"/>
          <w:lang w:val="pt-BR"/>
        </w:rPr>
      </w:pPr>
      <w:r w:rsidRPr="00CE6A65">
        <w:rPr>
          <w:b/>
          <w:sz w:val="24"/>
          <w:szCs w:val="24"/>
          <w:lang w:val="pt-BR"/>
        </w:rPr>
        <w:t>PROCURAÇÃO</w:t>
      </w:r>
    </w:p>
    <w:p w:rsidR="00CE6A65" w:rsidRPr="00CE6A65" w:rsidRDefault="00CE6A65">
      <w:pPr>
        <w:spacing w:before="80" w:after="160"/>
        <w:jc w:val="center"/>
        <w:rPr>
          <w:sz w:val="24"/>
          <w:szCs w:val="24"/>
        </w:rPr>
      </w:pPr>
    </w:p>
    <w:p w:rsidR="00CE6A65" w:rsidRPr="00CE6A65" w:rsidRDefault="00CE6A65">
      <w:pPr>
        <w:spacing w:before="80" w:after="160"/>
        <w:jc w:val="center"/>
        <w:rPr>
          <w:sz w:val="24"/>
          <w:szCs w:val="24"/>
        </w:rPr>
      </w:pPr>
    </w:p>
    <w:p w:rsidR="000D342A" w:rsidRPr="00CE6A65" w:rsidRDefault="00EA0489">
      <w:pPr>
        <w:spacing w:after="6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Eu, Governador(a) do Distrito Rotário nº __________, Sr.(a) _____________________________</w:t>
      </w:r>
      <w:bookmarkStart w:id="0" w:name="_GoBack"/>
      <w:bookmarkEnd w:id="0"/>
    </w:p>
    <w:p w:rsidR="000D342A" w:rsidRPr="00CE6A65" w:rsidRDefault="00EA0489">
      <w:pPr>
        <w:spacing w:after="6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 xml:space="preserve">Gestão 2026–2027, por meio deste instrumento, </w:t>
      </w:r>
      <w:r w:rsidRPr="00CE6A65">
        <w:rPr>
          <w:b/>
          <w:sz w:val="24"/>
          <w:szCs w:val="24"/>
          <w:lang w:val="pt-BR"/>
        </w:rPr>
        <w:t>AUTORIZO</w:t>
      </w:r>
      <w:r w:rsidRPr="00CE6A65">
        <w:rPr>
          <w:sz w:val="24"/>
          <w:szCs w:val="24"/>
          <w:lang w:val="pt-BR"/>
        </w:rPr>
        <w:t xml:space="preserve"> o(a) Sr.(a)</w:t>
      </w:r>
    </w:p>
    <w:p w:rsidR="000D342A" w:rsidRPr="00CE6A65" w:rsidRDefault="00EA0489">
      <w:pPr>
        <w:spacing w:after="6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_____________________________________________________________________________</w:t>
      </w:r>
      <w:r w:rsidRPr="00CE6A65">
        <w:rPr>
          <w:sz w:val="24"/>
          <w:szCs w:val="24"/>
          <w:lang w:val="pt-BR"/>
        </w:rPr>
        <w:t>,</w:t>
      </w:r>
    </w:p>
    <w:p w:rsidR="000D342A" w:rsidRPr="00CE6A65" w:rsidRDefault="00EA0489">
      <w:pPr>
        <w:spacing w:after="6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representante do Rotary Club de ____________________________________________, Distrito nº __________,</w:t>
      </w:r>
    </w:p>
    <w:p w:rsidR="000D342A" w:rsidRPr="00CE6A65" w:rsidRDefault="00EA0489">
      <w:pPr>
        <w:spacing w:after="4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a representar este Distrito durante a Feira Internacional de Projeto</w:t>
      </w:r>
      <w:r w:rsidRPr="00CE6A65">
        <w:rPr>
          <w:sz w:val="24"/>
          <w:szCs w:val="24"/>
          <w:lang w:val="pt-BR"/>
        </w:rPr>
        <w:t>s Rotários, realizada no âmbito do</w:t>
      </w:r>
    </w:p>
    <w:p w:rsidR="000D342A" w:rsidRPr="00CE6A65" w:rsidRDefault="00EA0489">
      <w:pPr>
        <w:spacing w:after="12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48º Instituto Rotary Brasil, em Recife/PE, nos dias 25 e 26 de agosto de 2026.</w:t>
      </w:r>
    </w:p>
    <w:p w:rsidR="000D342A" w:rsidRPr="00CE6A65" w:rsidRDefault="00EA0489">
      <w:pPr>
        <w:spacing w:after="80" w:line="240" w:lineRule="auto"/>
        <w:rPr>
          <w:sz w:val="24"/>
          <w:szCs w:val="24"/>
        </w:rPr>
      </w:pPr>
      <w:r w:rsidRPr="00CE6A65">
        <w:rPr>
          <w:b/>
          <w:sz w:val="24"/>
          <w:szCs w:val="24"/>
          <w:lang w:val="pt-BR"/>
        </w:rPr>
        <w:t>Fica o(a) representante acima autorizado(a) a apresentar o(s) seguinte(s) projeto(s):</w:t>
      </w:r>
    </w:p>
    <w:p w:rsidR="000D342A" w:rsidRPr="00CE6A65" w:rsidRDefault="00EA0489">
      <w:pPr>
        <w:spacing w:after="4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1. _____________________________________________________</w:t>
      </w:r>
      <w:r w:rsidRPr="00CE6A65">
        <w:rPr>
          <w:sz w:val="24"/>
          <w:szCs w:val="24"/>
          <w:lang w:val="pt-BR"/>
        </w:rPr>
        <w:t>________________________</w:t>
      </w:r>
    </w:p>
    <w:p w:rsidR="000D342A" w:rsidRPr="00CE6A65" w:rsidRDefault="00EA0489">
      <w:pPr>
        <w:spacing w:after="4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2. _____________________________________________________________________________</w:t>
      </w:r>
    </w:p>
    <w:p w:rsidR="000D342A" w:rsidRPr="00CE6A65" w:rsidRDefault="00EA0489">
      <w:pPr>
        <w:spacing w:after="120" w:line="240" w:lineRule="auto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3. _____________________________________________________________________________</w:t>
      </w:r>
    </w:p>
    <w:p w:rsidR="000D342A" w:rsidRPr="00CE6A65" w:rsidRDefault="00EA0489">
      <w:pPr>
        <w:spacing w:after="100" w:line="240" w:lineRule="auto"/>
        <w:jc w:val="both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bem como a realizar tratativas com potenciais clubes e di</w:t>
      </w:r>
      <w:r w:rsidRPr="00CE6A65">
        <w:rPr>
          <w:sz w:val="24"/>
          <w:szCs w:val="24"/>
          <w:lang w:val="pt-BR"/>
        </w:rPr>
        <w:t>stritos parceiros e a assinar Termo(s) de Compromisso relacionado(s) à viabilização, parceria e aprovação do(s) projeto(s) acima identificado(s), junto à Fundação Rotária, inclusive quando houver utilização de recursos do Fundo Distrital de Utilização Cont</w:t>
      </w:r>
      <w:r w:rsidRPr="00CE6A65">
        <w:rPr>
          <w:sz w:val="24"/>
          <w:szCs w:val="24"/>
          <w:lang w:val="pt-BR"/>
        </w:rPr>
        <w:t>rolada – FDUC, observados os critérios, limites e procedimentos estabelecidos pelo Distrito e pela Fundação Rotária.</w:t>
      </w:r>
    </w:p>
    <w:p w:rsidR="000D342A" w:rsidRPr="00CE6A65" w:rsidRDefault="00EA0489">
      <w:pPr>
        <w:spacing w:line="240" w:lineRule="auto"/>
        <w:jc w:val="both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 xml:space="preserve">A presente procuração é concedida exclusivamente para as finalidades acima descritas e no âmbito da Feira Internacional de Projetos </w:t>
      </w:r>
      <w:r w:rsidRPr="00CE6A65">
        <w:rPr>
          <w:sz w:val="24"/>
          <w:szCs w:val="24"/>
          <w:lang w:val="pt-BR"/>
        </w:rPr>
        <w:t>Rotários do 48º Instituto Rotary Brasil.</w:t>
      </w:r>
    </w:p>
    <w:p w:rsidR="000D342A" w:rsidRPr="00CE6A65" w:rsidRDefault="00EA0489">
      <w:pPr>
        <w:spacing w:after="360"/>
        <w:jc w:val="right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____________________________________, ______ de agosto de 2026.</w:t>
      </w:r>
    </w:p>
    <w:p w:rsidR="000D342A" w:rsidRPr="00CE6A65" w:rsidRDefault="00EA0489">
      <w:pPr>
        <w:spacing w:after="0"/>
        <w:jc w:val="center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____________________________________________________________</w:t>
      </w:r>
    </w:p>
    <w:p w:rsidR="000D342A" w:rsidRPr="00CE6A65" w:rsidRDefault="00EA0489">
      <w:pPr>
        <w:spacing w:after="0"/>
        <w:jc w:val="center"/>
        <w:rPr>
          <w:sz w:val="24"/>
          <w:szCs w:val="24"/>
        </w:rPr>
      </w:pPr>
      <w:r w:rsidRPr="00CE6A65">
        <w:rPr>
          <w:b/>
          <w:sz w:val="24"/>
          <w:szCs w:val="24"/>
          <w:lang w:val="pt-BR"/>
        </w:rPr>
        <w:t>Nome do(a) Governador(a)</w:t>
      </w:r>
    </w:p>
    <w:p w:rsidR="000D342A" w:rsidRPr="00CE6A65" w:rsidRDefault="00EA0489">
      <w:pPr>
        <w:spacing w:after="0"/>
        <w:jc w:val="center"/>
        <w:rPr>
          <w:sz w:val="24"/>
          <w:szCs w:val="24"/>
        </w:rPr>
      </w:pPr>
      <w:r w:rsidRPr="00CE6A65">
        <w:rPr>
          <w:sz w:val="24"/>
          <w:szCs w:val="24"/>
          <w:lang w:val="pt-BR"/>
        </w:rPr>
        <w:t>Governador(a) do Distrito nº __________ | Gestão 2026–2027</w:t>
      </w:r>
    </w:p>
    <w:sectPr w:rsidR="000D342A" w:rsidRPr="00CE6A65" w:rsidSect="00034616">
      <w:pgSz w:w="12240" w:h="15840"/>
      <w:pgMar w:top="652" w:right="879" w:bottom="65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342A"/>
    <w:rsid w:val="0015074B"/>
    <w:rsid w:val="0029639D"/>
    <w:rsid w:val="00326F90"/>
    <w:rsid w:val="00AA1D8D"/>
    <w:rsid w:val="00B47730"/>
    <w:rsid w:val="00CB0664"/>
    <w:rsid w:val="00CE6A65"/>
    <w:rsid w:val="00EA04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9FB30"/>
  <w14:defaultImageDpi w14:val="300"/>
  <w15:docId w15:val="{A44E1E95-884E-41BA-8F48-3E1FFFB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5B4DE0-E04E-4E1E-826F-83F5C1A1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Darci Luís Campo</cp:lastModifiedBy>
  <cp:revision>4</cp:revision>
  <dcterms:created xsi:type="dcterms:W3CDTF">2013-12-23T23:15:00Z</dcterms:created>
  <dcterms:modified xsi:type="dcterms:W3CDTF">2026-08-13T12:29:00Z</dcterms:modified>
  <cp:category/>
</cp:coreProperties>
</file>