
<file path=[Content_Types].xml><?xml version="1.0" encoding="utf-8"?>
<Types xmlns="http://schemas.openxmlformats.org/package/2006/content-types">
  <Default Extension="pn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11"/>
        <w:gridCol w:w="5411"/>
      </w:tblGrid>
      <w:tr w:rsidR="00FA1962">
        <w:trPr>
          <w:jc w:val="center"/>
        </w:trPr>
        <w:tc>
          <w:tcPr>
            <w:tcW w:w="5411" w:type="dxa"/>
            <w:tcBorders>
              <w:top w:val="nil"/>
              <w:left w:val="nil"/>
              <w:bottom w:val="nil"/>
              <w:right w:val="nil"/>
            </w:tcBorders>
          </w:tcPr>
          <w:p w:rsidR="00FA1962" w:rsidRDefault="0045655B">
            <w:r>
              <w:rPr>
                <w:noProof/>
              </w:rPr>
              <w:drawing>
                <wp:inline distT="0" distB="0" distL="0" distR="0">
                  <wp:extent cx="1440000" cy="84965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feira_extraida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849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1" w:type="dxa"/>
            <w:tcBorders>
              <w:top w:val="nil"/>
              <w:left w:val="nil"/>
              <w:bottom w:val="nil"/>
              <w:right w:val="nil"/>
            </w:tcBorders>
          </w:tcPr>
          <w:p w:rsidR="00FA1962" w:rsidRDefault="0045655B">
            <w:pPr>
              <w:jc w:val="right"/>
            </w:pPr>
            <w:r>
              <w:rPr>
                <w:b/>
                <w:sz w:val="17"/>
              </w:rPr>
              <w:t>DISTRICT LOGO SPACE</w:t>
            </w:r>
          </w:p>
        </w:tc>
      </w:tr>
    </w:tbl>
    <w:p w:rsidR="0045655B" w:rsidRDefault="0045655B">
      <w:pPr>
        <w:spacing w:after="20" w:line="240" w:lineRule="auto"/>
        <w:jc w:val="center"/>
        <w:rPr>
          <w:b/>
          <w:sz w:val="24"/>
        </w:rPr>
      </w:pPr>
    </w:p>
    <w:p w:rsidR="00FA1962" w:rsidRPr="0045655B" w:rsidRDefault="0045655B">
      <w:pPr>
        <w:spacing w:after="20" w:line="240" w:lineRule="auto"/>
        <w:jc w:val="center"/>
        <w:rPr>
          <w:sz w:val="24"/>
          <w:szCs w:val="24"/>
        </w:rPr>
      </w:pPr>
      <w:r w:rsidRPr="0045655B">
        <w:rPr>
          <w:b/>
          <w:sz w:val="24"/>
          <w:szCs w:val="24"/>
        </w:rPr>
        <w:t>SPONSORING DISTRICT COMMITMENT AGREEMENT</w:t>
      </w:r>
    </w:p>
    <w:p w:rsidR="0045655B" w:rsidRPr="0045655B" w:rsidRDefault="0045655B">
      <w:pPr>
        <w:spacing w:after="100" w:line="240" w:lineRule="auto"/>
        <w:jc w:val="center"/>
        <w:rPr>
          <w:b/>
          <w:sz w:val="24"/>
          <w:szCs w:val="24"/>
        </w:rPr>
      </w:pPr>
    </w:p>
    <w:p w:rsidR="00FA1962" w:rsidRPr="0045655B" w:rsidRDefault="0045655B">
      <w:pPr>
        <w:spacing w:after="100" w:line="240" w:lineRule="auto"/>
        <w:jc w:val="center"/>
        <w:rPr>
          <w:b/>
          <w:sz w:val="24"/>
          <w:szCs w:val="24"/>
        </w:rPr>
      </w:pPr>
      <w:r w:rsidRPr="0045655B">
        <w:rPr>
          <w:b/>
          <w:sz w:val="24"/>
          <w:szCs w:val="24"/>
        </w:rPr>
        <w:t>International Rotary Projects Fair 2026 – Recife/PE – Brazil</w:t>
      </w:r>
    </w:p>
    <w:p w:rsidR="0045655B" w:rsidRPr="0045655B" w:rsidRDefault="0045655B">
      <w:pPr>
        <w:spacing w:after="100" w:line="240" w:lineRule="auto"/>
        <w:jc w:val="center"/>
        <w:rPr>
          <w:sz w:val="24"/>
          <w:szCs w:val="24"/>
        </w:rPr>
      </w:pPr>
    </w:p>
    <w:p w:rsidR="00FA1962" w:rsidRDefault="0045655B">
      <w:pPr>
        <w:spacing w:after="80" w:line="240" w:lineRule="auto"/>
        <w:jc w:val="both"/>
        <w:rPr>
          <w:sz w:val="24"/>
          <w:szCs w:val="24"/>
        </w:rPr>
      </w:pPr>
      <w:r w:rsidRPr="0045655B">
        <w:rPr>
          <w:sz w:val="24"/>
          <w:szCs w:val="24"/>
        </w:rPr>
        <w:t xml:space="preserve">Rotary District No. __________, represented herein by its Governor, Mr./Ms. </w:t>
      </w:r>
      <w:r w:rsidRPr="0045655B">
        <w:rPr>
          <w:sz w:val="24"/>
          <w:szCs w:val="24"/>
        </w:rPr>
        <w:t>____________________________________________________________, 2026–2027 term, declares its commitment to sponsor and support the project identified below, as agreed during the International Rotary Projects Fair 2026, held in Recife, Pernambuco, Brazil.</w:t>
      </w:r>
    </w:p>
    <w:p w:rsidR="0045655B" w:rsidRPr="0045655B" w:rsidRDefault="0045655B">
      <w:pPr>
        <w:spacing w:after="80" w:line="240" w:lineRule="auto"/>
        <w:jc w:val="both"/>
        <w:rPr>
          <w:sz w:val="24"/>
          <w:szCs w:val="24"/>
        </w:rPr>
      </w:pPr>
    </w:p>
    <w:p w:rsidR="00FA1962" w:rsidRPr="0045655B" w:rsidRDefault="0045655B">
      <w:pPr>
        <w:spacing w:after="30" w:line="240" w:lineRule="auto"/>
        <w:rPr>
          <w:sz w:val="24"/>
          <w:szCs w:val="24"/>
        </w:rPr>
      </w:pPr>
      <w:r w:rsidRPr="0045655B">
        <w:rPr>
          <w:sz w:val="24"/>
          <w:szCs w:val="24"/>
        </w:rPr>
        <w:t>Rot</w:t>
      </w:r>
      <w:r w:rsidRPr="0045655B">
        <w:rPr>
          <w:sz w:val="24"/>
          <w:szCs w:val="24"/>
        </w:rPr>
        <w:t>ary Club responsible for the project: ________________________________________________</w:t>
      </w:r>
    </w:p>
    <w:p w:rsidR="00FA1962" w:rsidRPr="0045655B" w:rsidRDefault="0045655B">
      <w:pPr>
        <w:spacing w:after="30" w:line="240" w:lineRule="auto"/>
        <w:rPr>
          <w:sz w:val="24"/>
          <w:szCs w:val="24"/>
        </w:rPr>
      </w:pPr>
      <w:r w:rsidRPr="0045655B">
        <w:rPr>
          <w:sz w:val="24"/>
          <w:szCs w:val="24"/>
        </w:rPr>
        <w:t>Project Title: _____________________________________________________________________</w:t>
      </w:r>
    </w:p>
    <w:p w:rsidR="00FA1962" w:rsidRPr="0045655B" w:rsidRDefault="0045655B">
      <w:pPr>
        <w:spacing w:after="30" w:line="240" w:lineRule="auto"/>
        <w:rPr>
          <w:sz w:val="24"/>
          <w:szCs w:val="24"/>
        </w:rPr>
      </w:pPr>
      <w:r w:rsidRPr="0045655B">
        <w:rPr>
          <w:sz w:val="24"/>
          <w:szCs w:val="24"/>
        </w:rPr>
        <w:t>Global Grant Number, if available: _________________________________</w:t>
      </w:r>
      <w:r w:rsidRPr="0045655B">
        <w:rPr>
          <w:sz w:val="24"/>
          <w:szCs w:val="24"/>
        </w:rPr>
        <w:t>___________________</w:t>
      </w:r>
    </w:p>
    <w:p w:rsidR="00FA1962" w:rsidRPr="0045655B" w:rsidRDefault="0045655B">
      <w:pPr>
        <w:spacing w:after="30" w:line="240" w:lineRule="auto"/>
        <w:rPr>
          <w:sz w:val="24"/>
          <w:szCs w:val="24"/>
        </w:rPr>
      </w:pPr>
      <w:r w:rsidRPr="0045655B">
        <w:rPr>
          <w:sz w:val="24"/>
          <w:szCs w:val="24"/>
        </w:rPr>
        <w:t>Commitment Amount / DDF: _________________________________________________________</w:t>
      </w:r>
    </w:p>
    <w:p w:rsidR="00FA1962" w:rsidRPr="0045655B" w:rsidRDefault="0045655B">
      <w:pPr>
        <w:spacing w:after="60" w:line="240" w:lineRule="auto"/>
        <w:jc w:val="both"/>
        <w:rPr>
          <w:sz w:val="24"/>
          <w:szCs w:val="24"/>
        </w:rPr>
      </w:pPr>
      <w:r w:rsidRPr="0045655B">
        <w:rPr>
          <w:sz w:val="24"/>
          <w:szCs w:val="24"/>
        </w:rPr>
        <w:t>By this instrument, the District confirms its participation as a Sponsoring District of the project and commits to provide the agreed s</w:t>
      </w:r>
      <w:r w:rsidRPr="0045655B">
        <w:rPr>
          <w:sz w:val="24"/>
          <w:szCs w:val="24"/>
        </w:rPr>
        <w:t>upport and/or contribution of funds, in accordance with the applicable rules and procedures of The Rotary Foundation.</w:t>
      </w:r>
    </w:p>
    <w:p w:rsidR="0045655B" w:rsidRPr="0045655B" w:rsidRDefault="0045655B">
      <w:pPr>
        <w:spacing w:after="60" w:line="240" w:lineRule="auto"/>
        <w:jc w:val="both"/>
        <w:rPr>
          <w:sz w:val="24"/>
          <w:szCs w:val="24"/>
        </w:rPr>
      </w:pPr>
    </w:p>
    <w:p w:rsidR="00FA1962" w:rsidRPr="0045655B" w:rsidRDefault="0045655B">
      <w:pPr>
        <w:spacing w:after="40" w:line="240" w:lineRule="auto"/>
        <w:rPr>
          <w:sz w:val="24"/>
          <w:szCs w:val="24"/>
        </w:rPr>
      </w:pPr>
      <w:r w:rsidRPr="0045655B">
        <w:rPr>
          <w:b/>
          <w:sz w:val="24"/>
          <w:szCs w:val="24"/>
        </w:rPr>
        <w:t>CONTINUITY OF COMMITMENT</w:t>
      </w:r>
    </w:p>
    <w:p w:rsidR="00FA1962" w:rsidRPr="0045655B" w:rsidRDefault="0045655B">
      <w:pPr>
        <w:spacing w:after="40" w:line="240" w:lineRule="auto"/>
        <w:jc w:val="both"/>
        <w:rPr>
          <w:sz w:val="24"/>
          <w:szCs w:val="24"/>
        </w:rPr>
      </w:pPr>
      <w:r w:rsidRPr="0045655B">
        <w:rPr>
          <w:sz w:val="24"/>
          <w:szCs w:val="24"/>
        </w:rPr>
        <w:t>This commitment is undertaken institutionally by Rotary District No. __________ and is not limited to the term of</w:t>
      </w:r>
      <w:r w:rsidRPr="0045655B">
        <w:rPr>
          <w:sz w:val="24"/>
          <w:szCs w:val="24"/>
        </w:rPr>
        <w:t xml:space="preserve"> office of the Governor signing this document.</w:t>
      </w:r>
    </w:p>
    <w:p w:rsidR="00FA1962" w:rsidRDefault="0045655B">
      <w:pPr>
        <w:spacing w:after="60" w:line="240" w:lineRule="auto"/>
        <w:jc w:val="both"/>
        <w:rPr>
          <w:b/>
          <w:sz w:val="24"/>
          <w:szCs w:val="24"/>
        </w:rPr>
      </w:pPr>
      <w:r w:rsidRPr="0045655B">
        <w:rPr>
          <w:b/>
          <w:sz w:val="24"/>
          <w:szCs w:val="24"/>
        </w:rPr>
        <w:t>Any change of Governor or district administration shall not terminate or alter the sponsorship commitment undertaken herein. The District shall remain responsible for the agreed support until the obligations r</w:t>
      </w:r>
      <w:r w:rsidRPr="0045655B">
        <w:rPr>
          <w:b/>
          <w:sz w:val="24"/>
          <w:szCs w:val="24"/>
        </w:rPr>
        <w:t>elated to the project have been fulfilled, subject to the rules of The Rotary Foundation.</w:t>
      </w:r>
    </w:p>
    <w:p w:rsidR="0045655B" w:rsidRPr="0045655B" w:rsidRDefault="0045655B">
      <w:pPr>
        <w:spacing w:after="60" w:line="240" w:lineRule="auto"/>
        <w:jc w:val="both"/>
        <w:rPr>
          <w:sz w:val="24"/>
          <w:szCs w:val="24"/>
        </w:rPr>
      </w:pPr>
      <w:bookmarkStart w:id="0" w:name="_GoBack"/>
      <w:bookmarkEnd w:id="0"/>
    </w:p>
    <w:p w:rsidR="00FA1962" w:rsidRPr="0045655B" w:rsidRDefault="0045655B">
      <w:pPr>
        <w:spacing w:after="100" w:line="240" w:lineRule="auto"/>
        <w:jc w:val="both"/>
        <w:rPr>
          <w:sz w:val="24"/>
          <w:szCs w:val="24"/>
        </w:rPr>
      </w:pPr>
      <w:r w:rsidRPr="0045655B">
        <w:rPr>
          <w:sz w:val="24"/>
          <w:szCs w:val="24"/>
        </w:rPr>
        <w:t>This Agreement formalizes the commitment established between the parties during the International Rotary Projects Fair 2026 – Recife/PE – Brazil.</w:t>
      </w:r>
    </w:p>
    <w:p w:rsidR="00FA1962" w:rsidRPr="0045655B" w:rsidRDefault="0045655B">
      <w:pPr>
        <w:spacing w:after="140" w:line="240" w:lineRule="auto"/>
        <w:jc w:val="right"/>
        <w:rPr>
          <w:sz w:val="24"/>
          <w:szCs w:val="24"/>
        </w:rPr>
      </w:pPr>
      <w:r w:rsidRPr="0045655B">
        <w:rPr>
          <w:sz w:val="24"/>
          <w:szCs w:val="24"/>
        </w:rPr>
        <w:t>____________________________________, ________________________, 2026.</w:t>
      </w:r>
    </w:p>
    <w:p w:rsidR="0045655B" w:rsidRPr="0045655B" w:rsidRDefault="0045655B">
      <w:pPr>
        <w:spacing w:after="140" w:line="240" w:lineRule="auto"/>
        <w:jc w:val="right"/>
        <w:rPr>
          <w:sz w:val="24"/>
          <w:szCs w:val="24"/>
        </w:rPr>
      </w:pPr>
    </w:p>
    <w:p w:rsidR="00FA1962" w:rsidRPr="0045655B" w:rsidRDefault="0045655B">
      <w:pPr>
        <w:spacing w:after="20" w:line="240" w:lineRule="auto"/>
        <w:jc w:val="center"/>
        <w:rPr>
          <w:sz w:val="24"/>
          <w:szCs w:val="24"/>
        </w:rPr>
      </w:pPr>
      <w:r w:rsidRPr="0045655B">
        <w:rPr>
          <w:b/>
          <w:sz w:val="24"/>
          <w:szCs w:val="24"/>
        </w:rPr>
        <w:t>Governor Representing District No. __________   2026–2027 Term</w:t>
      </w:r>
    </w:p>
    <w:p w:rsidR="00FA1962" w:rsidRPr="0045655B" w:rsidRDefault="0045655B">
      <w:pPr>
        <w:spacing w:after="20" w:line="240" w:lineRule="auto"/>
        <w:jc w:val="center"/>
        <w:rPr>
          <w:sz w:val="24"/>
          <w:szCs w:val="24"/>
        </w:rPr>
      </w:pPr>
      <w:r w:rsidRPr="0045655B">
        <w:rPr>
          <w:sz w:val="24"/>
          <w:szCs w:val="24"/>
        </w:rPr>
        <w:t>Name: _________________________________________________</w:t>
      </w:r>
    </w:p>
    <w:p w:rsidR="00FA1962" w:rsidRPr="0045655B" w:rsidRDefault="0045655B">
      <w:pPr>
        <w:spacing w:after="20" w:line="240" w:lineRule="auto"/>
        <w:jc w:val="center"/>
        <w:rPr>
          <w:sz w:val="24"/>
          <w:szCs w:val="24"/>
        </w:rPr>
      </w:pPr>
      <w:r w:rsidRPr="0045655B">
        <w:rPr>
          <w:sz w:val="24"/>
          <w:szCs w:val="24"/>
        </w:rPr>
        <w:t>E-mail: ________________________________________________</w:t>
      </w:r>
    </w:p>
    <w:p w:rsidR="00FA1962" w:rsidRPr="0045655B" w:rsidRDefault="0045655B">
      <w:pPr>
        <w:spacing w:after="20" w:line="240" w:lineRule="auto"/>
        <w:jc w:val="center"/>
        <w:rPr>
          <w:sz w:val="24"/>
          <w:szCs w:val="24"/>
        </w:rPr>
      </w:pPr>
      <w:r w:rsidRPr="0045655B">
        <w:rPr>
          <w:sz w:val="24"/>
          <w:szCs w:val="24"/>
        </w:rPr>
        <w:t>Phone / Wh</w:t>
      </w:r>
      <w:r w:rsidRPr="0045655B">
        <w:rPr>
          <w:sz w:val="24"/>
          <w:szCs w:val="24"/>
        </w:rPr>
        <w:t>atsApp: ______________________________________</w:t>
      </w:r>
    </w:p>
    <w:p w:rsidR="00FA1962" w:rsidRPr="0045655B" w:rsidRDefault="0045655B">
      <w:pPr>
        <w:spacing w:after="20" w:line="240" w:lineRule="auto"/>
        <w:jc w:val="center"/>
        <w:rPr>
          <w:sz w:val="24"/>
          <w:szCs w:val="24"/>
        </w:rPr>
      </w:pPr>
      <w:r w:rsidRPr="0045655B">
        <w:rPr>
          <w:sz w:val="24"/>
          <w:szCs w:val="24"/>
        </w:rPr>
        <w:t>Signature: ______________________________________________</w:t>
      </w:r>
    </w:p>
    <w:sectPr w:rsidR="00FA1962" w:rsidRPr="0045655B" w:rsidSect="00034616">
      <w:pgSz w:w="12240" w:h="15840"/>
      <w:pgMar w:top="482" w:right="709" w:bottom="425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5655B"/>
    <w:rsid w:val="00AA1D8D"/>
    <w:rsid w:val="00B47730"/>
    <w:rsid w:val="00CB0664"/>
    <w:rsid w:val="00FA196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64CF31"/>
  <w14:defaultImageDpi w14:val="300"/>
  <w15:docId w15:val="{D770F3D9-E430-4684-ABDD-9A3C2ECBD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EF5EC2E-C53D-4A0B-90CC-9F1711E79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Darci Luís Campo</cp:lastModifiedBy>
  <cp:revision>2</cp:revision>
  <dcterms:created xsi:type="dcterms:W3CDTF">2013-12-23T23:15:00Z</dcterms:created>
  <dcterms:modified xsi:type="dcterms:W3CDTF">2026-08-13T17:42:00Z</dcterms:modified>
  <cp:category/>
</cp:coreProperties>
</file>