
<file path=[Content_Types].xml><?xml version="1.0" encoding="utf-8"?>
<Types xmlns="http://schemas.openxmlformats.org/package/2006/content-types">
  <Default Extension="pn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11"/>
        <w:gridCol w:w="5411"/>
      </w:tblGrid>
      <w:tr w:rsidR="00F46177">
        <w:trPr>
          <w:jc w:val="center"/>
        </w:trPr>
        <w:tc>
          <w:tcPr>
            <w:tcW w:w="5411" w:type="dxa"/>
            <w:tcBorders>
              <w:top w:val="nil"/>
              <w:left w:val="nil"/>
              <w:bottom w:val="nil"/>
              <w:right w:val="nil"/>
            </w:tcBorders>
          </w:tcPr>
          <w:p w:rsidR="00F46177" w:rsidRDefault="00003FEC">
            <w:r>
              <w:rPr>
                <w:noProof/>
              </w:rPr>
              <w:drawing>
                <wp:inline distT="0" distB="0" distL="0" distR="0">
                  <wp:extent cx="1440000" cy="84965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feira_extraida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849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1" w:type="dxa"/>
            <w:tcBorders>
              <w:top w:val="nil"/>
              <w:left w:val="nil"/>
              <w:bottom w:val="nil"/>
              <w:right w:val="nil"/>
            </w:tcBorders>
          </w:tcPr>
          <w:p w:rsidR="00F46177" w:rsidRDefault="00003FEC">
            <w:pPr>
              <w:jc w:val="right"/>
            </w:pPr>
            <w:r>
              <w:rPr>
                <w:b/>
                <w:sz w:val="17"/>
              </w:rPr>
              <w:t>ESPACIO PARA</w:t>
            </w:r>
            <w:r>
              <w:rPr>
                <w:b/>
                <w:sz w:val="17"/>
              </w:rPr>
              <w:br/>
              <w:t>LOGO DEL DISTRITO</w:t>
            </w:r>
          </w:p>
        </w:tc>
      </w:tr>
    </w:tbl>
    <w:p w:rsidR="00003FEC" w:rsidRDefault="00003FEC">
      <w:pPr>
        <w:spacing w:after="20" w:line="240" w:lineRule="auto"/>
        <w:jc w:val="center"/>
        <w:rPr>
          <w:b/>
          <w:sz w:val="24"/>
        </w:rPr>
      </w:pPr>
    </w:p>
    <w:p w:rsidR="00F46177" w:rsidRDefault="00003FEC">
      <w:pPr>
        <w:spacing w:after="20" w:line="240" w:lineRule="auto"/>
        <w:jc w:val="center"/>
      </w:pPr>
      <w:r>
        <w:rPr>
          <w:b/>
          <w:sz w:val="24"/>
        </w:rPr>
        <w:t>TÉRMINO DE COMPROMISO DEL DISTRITO PATROCINADOR</w:t>
      </w:r>
    </w:p>
    <w:p w:rsidR="00003FEC" w:rsidRDefault="00003FEC">
      <w:pPr>
        <w:spacing w:after="100" w:line="240" w:lineRule="auto"/>
        <w:jc w:val="center"/>
        <w:rPr>
          <w:b/>
        </w:rPr>
      </w:pPr>
    </w:p>
    <w:p w:rsidR="00F46177" w:rsidRDefault="00003FEC">
      <w:pPr>
        <w:spacing w:after="100" w:line="240" w:lineRule="auto"/>
        <w:jc w:val="center"/>
        <w:rPr>
          <w:b/>
          <w:sz w:val="24"/>
          <w:szCs w:val="24"/>
        </w:rPr>
      </w:pPr>
      <w:r w:rsidRPr="00003FEC">
        <w:rPr>
          <w:b/>
          <w:sz w:val="24"/>
          <w:szCs w:val="24"/>
        </w:rPr>
        <w:t xml:space="preserve">Feria </w:t>
      </w:r>
      <w:proofErr w:type="spellStart"/>
      <w:r w:rsidRPr="00003FEC">
        <w:rPr>
          <w:b/>
          <w:sz w:val="24"/>
          <w:szCs w:val="24"/>
        </w:rPr>
        <w:t>Internacional</w:t>
      </w:r>
      <w:proofErr w:type="spellEnd"/>
      <w:r w:rsidRPr="00003FEC">
        <w:rPr>
          <w:b/>
          <w:sz w:val="24"/>
          <w:szCs w:val="24"/>
        </w:rPr>
        <w:t xml:space="preserve"> de </w:t>
      </w:r>
      <w:proofErr w:type="spellStart"/>
      <w:r w:rsidRPr="00003FEC">
        <w:rPr>
          <w:b/>
          <w:sz w:val="24"/>
          <w:szCs w:val="24"/>
        </w:rPr>
        <w:t>Proyectos</w:t>
      </w:r>
      <w:proofErr w:type="spellEnd"/>
      <w:r w:rsidRPr="00003FEC">
        <w:rPr>
          <w:b/>
          <w:sz w:val="24"/>
          <w:szCs w:val="24"/>
        </w:rPr>
        <w:t xml:space="preserve"> Rotarios 2026 – Recife/PE – </w:t>
      </w:r>
      <w:proofErr w:type="spellStart"/>
      <w:r w:rsidRPr="00003FEC">
        <w:rPr>
          <w:b/>
          <w:sz w:val="24"/>
          <w:szCs w:val="24"/>
        </w:rPr>
        <w:t>Brasil</w:t>
      </w:r>
      <w:proofErr w:type="spellEnd"/>
    </w:p>
    <w:p w:rsidR="00003FEC" w:rsidRPr="00003FEC" w:rsidRDefault="00003FEC">
      <w:pPr>
        <w:spacing w:after="100" w:line="240" w:lineRule="auto"/>
        <w:jc w:val="center"/>
        <w:rPr>
          <w:sz w:val="24"/>
          <w:szCs w:val="24"/>
        </w:rPr>
      </w:pPr>
    </w:p>
    <w:p w:rsidR="00F46177" w:rsidRPr="00003FEC" w:rsidRDefault="00003FEC">
      <w:pPr>
        <w:spacing w:after="80" w:line="240" w:lineRule="auto"/>
        <w:jc w:val="both"/>
        <w:rPr>
          <w:sz w:val="24"/>
          <w:szCs w:val="24"/>
        </w:rPr>
      </w:pPr>
      <w:r w:rsidRPr="00003FEC">
        <w:rPr>
          <w:sz w:val="24"/>
          <w:szCs w:val="24"/>
        </w:rPr>
        <w:t xml:space="preserve">El Distrito Rotario nº __________, en este acto representado por su Gobernador(a), Sr./Sra. </w:t>
      </w:r>
      <w:r w:rsidRPr="00003FEC">
        <w:rPr>
          <w:sz w:val="24"/>
          <w:szCs w:val="24"/>
        </w:rPr>
        <w:t>____________________________________________________________, Gestión 2026–2027, declara su compromiso de patrocinar y apoyar el proyecto identificado a continuación, conforme a lo acordado durante la Feria Internacional de Proyectos Rotarios 2026, realiza</w:t>
      </w:r>
      <w:r w:rsidRPr="00003FEC">
        <w:rPr>
          <w:sz w:val="24"/>
          <w:szCs w:val="24"/>
        </w:rPr>
        <w:t>da en Recife, Pernambuco, Brasil.</w:t>
      </w:r>
    </w:p>
    <w:p w:rsidR="00F46177" w:rsidRPr="00003FEC" w:rsidRDefault="00003FEC">
      <w:pPr>
        <w:spacing w:after="30" w:line="240" w:lineRule="auto"/>
        <w:rPr>
          <w:sz w:val="24"/>
          <w:szCs w:val="24"/>
        </w:rPr>
      </w:pPr>
      <w:r w:rsidRPr="00003FEC">
        <w:rPr>
          <w:sz w:val="24"/>
          <w:szCs w:val="24"/>
        </w:rPr>
        <w:t xml:space="preserve">Rotary Club </w:t>
      </w:r>
      <w:proofErr w:type="spellStart"/>
      <w:r w:rsidRPr="00003FEC">
        <w:rPr>
          <w:sz w:val="24"/>
          <w:szCs w:val="24"/>
        </w:rPr>
        <w:t>responsable</w:t>
      </w:r>
      <w:proofErr w:type="spellEnd"/>
      <w:r w:rsidRPr="00003FEC">
        <w:rPr>
          <w:sz w:val="24"/>
          <w:szCs w:val="24"/>
        </w:rPr>
        <w:t xml:space="preserve"> del </w:t>
      </w:r>
      <w:proofErr w:type="spellStart"/>
      <w:r w:rsidRPr="00003FEC">
        <w:rPr>
          <w:sz w:val="24"/>
          <w:szCs w:val="24"/>
        </w:rPr>
        <w:t>proyecto</w:t>
      </w:r>
      <w:proofErr w:type="spellEnd"/>
      <w:r w:rsidRPr="00003FEC">
        <w:rPr>
          <w:sz w:val="24"/>
          <w:szCs w:val="24"/>
        </w:rPr>
        <w:t>: _______________________________________________</w:t>
      </w:r>
    </w:p>
    <w:p w:rsidR="00F46177" w:rsidRPr="00003FEC" w:rsidRDefault="00003FEC">
      <w:pPr>
        <w:spacing w:after="30" w:line="240" w:lineRule="auto"/>
        <w:rPr>
          <w:sz w:val="24"/>
          <w:szCs w:val="24"/>
        </w:rPr>
      </w:pPr>
      <w:proofErr w:type="spellStart"/>
      <w:r w:rsidRPr="00003FEC">
        <w:rPr>
          <w:sz w:val="24"/>
          <w:szCs w:val="24"/>
        </w:rPr>
        <w:t>Título</w:t>
      </w:r>
      <w:proofErr w:type="spellEnd"/>
      <w:r w:rsidRPr="00003FEC">
        <w:rPr>
          <w:sz w:val="24"/>
          <w:szCs w:val="24"/>
        </w:rPr>
        <w:t xml:space="preserve"> del Proyecto: ______________________________________________________________</w:t>
      </w:r>
    </w:p>
    <w:p w:rsidR="00F46177" w:rsidRPr="00003FEC" w:rsidRDefault="00003FEC">
      <w:pPr>
        <w:spacing w:after="30" w:line="240" w:lineRule="auto"/>
        <w:rPr>
          <w:sz w:val="24"/>
          <w:szCs w:val="24"/>
        </w:rPr>
      </w:pPr>
      <w:r w:rsidRPr="00003FEC">
        <w:rPr>
          <w:sz w:val="24"/>
          <w:szCs w:val="24"/>
        </w:rPr>
        <w:t xml:space="preserve">Número del Global Grant, </w:t>
      </w:r>
      <w:proofErr w:type="spellStart"/>
      <w:r w:rsidRPr="00003FEC">
        <w:rPr>
          <w:sz w:val="24"/>
          <w:szCs w:val="24"/>
        </w:rPr>
        <w:t>si</w:t>
      </w:r>
      <w:proofErr w:type="spellEnd"/>
      <w:r w:rsidRPr="00003FEC">
        <w:rPr>
          <w:sz w:val="24"/>
          <w:szCs w:val="24"/>
        </w:rPr>
        <w:t xml:space="preserve"> </w:t>
      </w:r>
      <w:proofErr w:type="spellStart"/>
      <w:r w:rsidRPr="00003FEC">
        <w:rPr>
          <w:sz w:val="24"/>
          <w:szCs w:val="24"/>
        </w:rPr>
        <w:t>est</w:t>
      </w:r>
      <w:r w:rsidRPr="00003FEC">
        <w:rPr>
          <w:sz w:val="24"/>
          <w:szCs w:val="24"/>
        </w:rPr>
        <w:t>á</w:t>
      </w:r>
      <w:proofErr w:type="spellEnd"/>
      <w:r w:rsidRPr="00003FEC">
        <w:rPr>
          <w:sz w:val="24"/>
          <w:szCs w:val="24"/>
        </w:rPr>
        <w:t xml:space="preserve"> disponible: _________________________________________</w:t>
      </w:r>
      <w:r>
        <w:rPr>
          <w:sz w:val="24"/>
          <w:szCs w:val="24"/>
        </w:rPr>
        <w:t>_</w:t>
      </w:r>
    </w:p>
    <w:p w:rsidR="00F46177" w:rsidRPr="00003FEC" w:rsidRDefault="00003FEC">
      <w:pPr>
        <w:spacing w:after="30" w:line="240" w:lineRule="auto"/>
        <w:rPr>
          <w:sz w:val="24"/>
          <w:szCs w:val="24"/>
        </w:rPr>
      </w:pPr>
      <w:r w:rsidRPr="00003FEC">
        <w:rPr>
          <w:sz w:val="24"/>
          <w:szCs w:val="24"/>
        </w:rPr>
        <w:t xml:space="preserve">Valor del </w:t>
      </w:r>
      <w:proofErr w:type="spellStart"/>
      <w:r w:rsidRPr="00003FEC">
        <w:rPr>
          <w:sz w:val="24"/>
          <w:szCs w:val="24"/>
        </w:rPr>
        <w:t>compromiso</w:t>
      </w:r>
      <w:proofErr w:type="spellEnd"/>
      <w:r w:rsidRPr="00003FEC">
        <w:rPr>
          <w:sz w:val="24"/>
          <w:szCs w:val="24"/>
        </w:rPr>
        <w:t xml:space="preserve"> / FDD: ______________________________________________________</w:t>
      </w:r>
      <w:r>
        <w:rPr>
          <w:sz w:val="24"/>
          <w:szCs w:val="24"/>
        </w:rPr>
        <w:t>_</w:t>
      </w:r>
    </w:p>
    <w:p w:rsidR="00F46177" w:rsidRDefault="00003FEC">
      <w:pPr>
        <w:spacing w:after="60" w:line="240" w:lineRule="auto"/>
        <w:jc w:val="both"/>
        <w:rPr>
          <w:sz w:val="24"/>
          <w:szCs w:val="24"/>
        </w:rPr>
      </w:pPr>
      <w:r w:rsidRPr="00003FEC">
        <w:rPr>
          <w:sz w:val="24"/>
          <w:szCs w:val="24"/>
        </w:rPr>
        <w:t>Por medio del presente instrumento, el Distrito confirma su participación como Distrito Patroci</w:t>
      </w:r>
      <w:r w:rsidRPr="00003FEC">
        <w:rPr>
          <w:sz w:val="24"/>
          <w:szCs w:val="24"/>
        </w:rPr>
        <w:t xml:space="preserve">nador del proyecto, comprometiéndose a cumplir el apoyo y/o aporte de recursos acordado, observando las normas y procedimientos aplicables de La Fundación </w:t>
      </w:r>
      <w:proofErr w:type="spellStart"/>
      <w:r w:rsidRPr="00003FEC">
        <w:rPr>
          <w:sz w:val="24"/>
          <w:szCs w:val="24"/>
        </w:rPr>
        <w:t>Rotaria</w:t>
      </w:r>
      <w:proofErr w:type="spellEnd"/>
      <w:r w:rsidRPr="00003FEC">
        <w:rPr>
          <w:sz w:val="24"/>
          <w:szCs w:val="24"/>
        </w:rPr>
        <w:t>.</w:t>
      </w:r>
      <w:bookmarkStart w:id="0" w:name="_GoBack"/>
      <w:bookmarkEnd w:id="0"/>
    </w:p>
    <w:p w:rsidR="00003FEC" w:rsidRPr="00003FEC" w:rsidRDefault="00003FEC">
      <w:pPr>
        <w:spacing w:after="60" w:line="240" w:lineRule="auto"/>
        <w:jc w:val="both"/>
        <w:rPr>
          <w:sz w:val="24"/>
          <w:szCs w:val="24"/>
        </w:rPr>
      </w:pPr>
    </w:p>
    <w:p w:rsidR="00F46177" w:rsidRPr="00003FEC" w:rsidRDefault="00003FEC">
      <w:pPr>
        <w:spacing w:after="40" w:line="240" w:lineRule="auto"/>
        <w:rPr>
          <w:sz w:val="24"/>
          <w:szCs w:val="24"/>
        </w:rPr>
      </w:pPr>
      <w:r w:rsidRPr="00003FEC">
        <w:rPr>
          <w:b/>
          <w:sz w:val="24"/>
          <w:szCs w:val="24"/>
        </w:rPr>
        <w:t>CONTINUIDAD DEL COMPROMISO</w:t>
      </w:r>
    </w:p>
    <w:p w:rsidR="00F46177" w:rsidRPr="00003FEC" w:rsidRDefault="00003FEC">
      <w:pPr>
        <w:spacing w:after="40" w:line="240" w:lineRule="auto"/>
        <w:jc w:val="both"/>
        <w:rPr>
          <w:sz w:val="24"/>
          <w:szCs w:val="24"/>
        </w:rPr>
      </w:pPr>
      <w:r w:rsidRPr="00003FEC">
        <w:rPr>
          <w:sz w:val="24"/>
          <w:szCs w:val="24"/>
        </w:rPr>
        <w:t>El presente compromiso es asumido institucionalmente por el Distr</w:t>
      </w:r>
      <w:r w:rsidRPr="00003FEC">
        <w:rPr>
          <w:sz w:val="24"/>
          <w:szCs w:val="24"/>
        </w:rPr>
        <w:t>ito Rotario nº __________ y no se limita al mandato del/de la Gobernador(a) que lo firma.</w:t>
      </w:r>
    </w:p>
    <w:p w:rsidR="00F46177" w:rsidRPr="00003FEC" w:rsidRDefault="00003FEC">
      <w:pPr>
        <w:spacing w:after="60" w:line="240" w:lineRule="auto"/>
        <w:jc w:val="both"/>
        <w:rPr>
          <w:sz w:val="24"/>
          <w:szCs w:val="24"/>
        </w:rPr>
      </w:pPr>
      <w:r w:rsidRPr="00003FEC">
        <w:rPr>
          <w:b/>
          <w:sz w:val="24"/>
          <w:szCs w:val="24"/>
        </w:rPr>
        <w:t>Cualquier cambio de Gobernador(a) o de gestión distrital no extingue ni modifica el compromiso de patrocinio aquí asumido, permaneciendo el Distrito responsable del a</w:t>
      </w:r>
      <w:r w:rsidRPr="00003FEC">
        <w:rPr>
          <w:b/>
          <w:sz w:val="24"/>
          <w:szCs w:val="24"/>
        </w:rPr>
        <w:t>poyo acordado hasta el cumplimiento de las obligaciones referentes al proyecto, observadas las normas de La Fundación Rotaria.</w:t>
      </w:r>
    </w:p>
    <w:p w:rsidR="00F46177" w:rsidRPr="00003FEC" w:rsidRDefault="00003FEC">
      <w:pPr>
        <w:spacing w:after="100" w:line="240" w:lineRule="auto"/>
        <w:jc w:val="both"/>
        <w:rPr>
          <w:sz w:val="24"/>
          <w:szCs w:val="24"/>
        </w:rPr>
      </w:pPr>
      <w:r w:rsidRPr="00003FEC">
        <w:rPr>
          <w:sz w:val="24"/>
          <w:szCs w:val="24"/>
        </w:rPr>
        <w:t xml:space="preserve">Este Término formaliza el compromiso establecido entre las partes durante la Feria Internacional de Proyectos Rotarios 2026 – </w:t>
      </w:r>
      <w:r w:rsidRPr="00003FEC">
        <w:rPr>
          <w:sz w:val="24"/>
          <w:szCs w:val="24"/>
        </w:rPr>
        <w:t>Recife/PE – Brasil.</w:t>
      </w:r>
    </w:p>
    <w:p w:rsidR="00F46177" w:rsidRDefault="00003FEC">
      <w:pPr>
        <w:spacing w:after="140" w:line="240" w:lineRule="auto"/>
        <w:jc w:val="right"/>
        <w:rPr>
          <w:sz w:val="24"/>
          <w:szCs w:val="24"/>
        </w:rPr>
      </w:pPr>
      <w:r w:rsidRPr="00003FEC">
        <w:rPr>
          <w:sz w:val="24"/>
          <w:szCs w:val="24"/>
        </w:rPr>
        <w:t xml:space="preserve">____________________________________, ______ de __________________ </w:t>
      </w:r>
      <w:proofErr w:type="spellStart"/>
      <w:r w:rsidRPr="00003FEC">
        <w:rPr>
          <w:sz w:val="24"/>
          <w:szCs w:val="24"/>
        </w:rPr>
        <w:t>de</w:t>
      </w:r>
      <w:proofErr w:type="spellEnd"/>
      <w:r w:rsidRPr="00003FEC">
        <w:rPr>
          <w:sz w:val="24"/>
          <w:szCs w:val="24"/>
        </w:rPr>
        <w:t xml:space="preserve"> 2026.</w:t>
      </w:r>
    </w:p>
    <w:p w:rsidR="00003FEC" w:rsidRPr="00003FEC" w:rsidRDefault="00003FEC">
      <w:pPr>
        <w:spacing w:after="140" w:line="240" w:lineRule="auto"/>
        <w:jc w:val="right"/>
        <w:rPr>
          <w:sz w:val="24"/>
          <w:szCs w:val="24"/>
        </w:rPr>
      </w:pPr>
    </w:p>
    <w:p w:rsidR="00F46177" w:rsidRPr="00003FEC" w:rsidRDefault="00003FEC">
      <w:pPr>
        <w:spacing w:after="20" w:line="240" w:lineRule="auto"/>
        <w:jc w:val="center"/>
        <w:rPr>
          <w:sz w:val="24"/>
          <w:szCs w:val="24"/>
        </w:rPr>
      </w:pPr>
      <w:r w:rsidRPr="00003FEC">
        <w:rPr>
          <w:b/>
          <w:sz w:val="24"/>
          <w:szCs w:val="24"/>
        </w:rPr>
        <w:t>Gobernador(a) Representante del Distrito nº __________   Gestión 2026–2027</w:t>
      </w:r>
    </w:p>
    <w:p w:rsidR="00F46177" w:rsidRPr="00003FEC" w:rsidRDefault="00003FEC">
      <w:pPr>
        <w:spacing w:after="20" w:line="240" w:lineRule="auto"/>
        <w:jc w:val="center"/>
        <w:rPr>
          <w:sz w:val="24"/>
          <w:szCs w:val="24"/>
        </w:rPr>
      </w:pPr>
      <w:r w:rsidRPr="00003FEC">
        <w:rPr>
          <w:sz w:val="24"/>
          <w:szCs w:val="24"/>
        </w:rPr>
        <w:t>Nombre: ______________________________________________</w:t>
      </w:r>
    </w:p>
    <w:p w:rsidR="00F46177" w:rsidRPr="00003FEC" w:rsidRDefault="00003FEC">
      <w:pPr>
        <w:spacing w:after="20" w:line="240" w:lineRule="auto"/>
        <w:jc w:val="center"/>
        <w:rPr>
          <w:sz w:val="24"/>
          <w:szCs w:val="24"/>
        </w:rPr>
      </w:pPr>
      <w:r w:rsidRPr="00003FEC">
        <w:rPr>
          <w:sz w:val="24"/>
          <w:szCs w:val="24"/>
        </w:rPr>
        <w:t>E-mail: ______________________</w:t>
      </w:r>
      <w:r w:rsidRPr="00003FEC">
        <w:rPr>
          <w:sz w:val="24"/>
          <w:szCs w:val="24"/>
        </w:rPr>
        <w:t>________________________</w:t>
      </w:r>
    </w:p>
    <w:p w:rsidR="00F46177" w:rsidRPr="00003FEC" w:rsidRDefault="00003FEC">
      <w:pPr>
        <w:spacing w:after="20" w:line="240" w:lineRule="auto"/>
        <w:jc w:val="center"/>
        <w:rPr>
          <w:sz w:val="24"/>
          <w:szCs w:val="24"/>
        </w:rPr>
      </w:pPr>
      <w:r w:rsidRPr="00003FEC">
        <w:rPr>
          <w:sz w:val="24"/>
          <w:szCs w:val="24"/>
        </w:rPr>
        <w:t>Teléfono / WhatsApp: __________________________________</w:t>
      </w:r>
    </w:p>
    <w:p w:rsidR="00F46177" w:rsidRPr="00003FEC" w:rsidRDefault="00003FEC">
      <w:pPr>
        <w:spacing w:after="20" w:line="240" w:lineRule="auto"/>
        <w:jc w:val="center"/>
        <w:rPr>
          <w:sz w:val="24"/>
          <w:szCs w:val="24"/>
        </w:rPr>
      </w:pPr>
      <w:r w:rsidRPr="00003FEC">
        <w:rPr>
          <w:sz w:val="24"/>
          <w:szCs w:val="24"/>
        </w:rPr>
        <w:t>Firma: ________________________________________________</w:t>
      </w:r>
    </w:p>
    <w:sectPr w:rsidR="00F46177" w:rsidRPr="00003FEC" w:rsidSect="00034616">
      <w:pgSz w:w="12240" w:h="15840"/>
      <w:pgMar w:top="482" w:right="709" w:bottom="425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3FEC"/>
    <w:rsid w:val="00034616"/>
    <w:rsid w:val="0006063C"/>
    <w:rsid w:val="0015074B"/>
    <w:rsid w:val="0029639D"/>
    <w:rsid w:val="00326F90"/>
    <w:rsid w:val="00AA1D8D"/>
    <w:rsid w:val="00B47730"/>
    <w:rsid w:val="00CB0664"/>
    <w:rsid w:val="00F4617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6306A2"/>
  <w14:defaultImageDpi w14:val="300"/>
  <w15:docId w15:val="{7E3EB30D-578F-47C6-8C3B-2C7A3052C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DEE3D07-7AF2-4B24-9C75-BB5D16215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Darci Luís Campo</cp:lastModifiedBy>
  <cp:revision>2</cp:revision>
  <dcterms:created xsi:type="dcterms:W3CDTF">2013-12-23T23:15:00Z</dcterms:created>
  <dcterms:modified xsi:type="dcterms:W3CDTF">2026-08-13T17:39:00Z</dcterms:modified>
  <cp:category/>
</cp:coreProperties>
</file>