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8C3A82">
        <w:trPr>
          <w:jc w:val="center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3A82" w:rsidRDefault="00BE61CF">
            <w:r>
              <w:rPr>
                <w:noProof/>
              </w:rPr>
              <w:drawing>
                <wp:inline distT="0" distB="0" distL="0" distR="0">
                  <wp:extent cx="1512000" cy="89213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rotary_event_logo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89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3A82" w:rsidRDefault="00BE61CF">
            <w:pPr>
              <w:jc w:val="right"/>
            </w:pPr>
            <w:r>
              <w:rPr>
                <w:b/>
                <w:color w:val="919191"/>
                <w:sz w:val="18"/>
              </w:rPr>
              <w:t>ESPAÇO PARA</w:t>
            </w:r>
            <w:r>
              <w:rPr>
                <w:b/>
                <w:color w:val="919191"/>
                <w:sz w:val="18"/>
              </w:rPr>
              <w:br/>
              <w:t>LOGO DO DISTRITO</w:t>
            </w:r>
          </w:p>
        </w:tc>
      </w:tr>
    </w:tbl>
    <w:p w:rsidR="0075465D" w:rsidRDefault="0075465D">
      <w:pPr>
        <w:spacing w:before="40" w:after="20"/>
        <w:jc w:val="center"/>
        <w:rPr>
          <w:b/>
          <w:sz w:val="26"/>
        </w:rPr>
      </w:pPr>
    </w:p>
    <w:p w:rsidR="0075465D" w:rsidRDefault="0075465D">
      <w:pPr>
        <w:spacing w:before="40" w:after="20"/>
        <w:jc w:val="center"/>
        <w:rPr>
          <w:b/>
          <w:sz w:val="26"/>
        </w:rPr>
      </w:pPr>
    </w:p>
    <w:p w:rsidR="008C3A82" w:rsidRDefault="00BE61CF">
      <w:pPr>
        <w:spacing w:before="40" w:after="20"/>
        <w:jc w:val="center"/>
      </w:pPr>
      <w:r>
        <w:rPr>
          <w:b/>
          <w:sz w:val="26"/>
        </w:rPr>
        <w:t>TERMO DE COMPROMISSO DO DISTRITO PATROCINADOR</w:t>
      </w:r>
    </w:p>
    <w:p w:rsidR="0075465D" w:rsidRPr="0075465D" w:rsidRDefault="0075465D">
      <w:pPr>
        <w:spacing w:after="120"/>
        <w:jc w:val="center"/>
        <w:rPr>
          <w:b/>
          <w:sz w:val="24"/>
          <w:szCs w:val="24"/>
        </w:rPr>
      </w:pPr>
    </w:p>
    <w:p w:rsidR="008C3A82" w:rsidRPr="0075465D" w:rsidRDefault="00BE61CF">
      <w:pPr>
        <w:spacing w:after="120"/>
        <w:jc w:val="center"/>
        <w:rPr>
          <w:sz w:val="24"/>
          <w:szCs w:val="24"/>
        </w:rPr>
      </w:pPr>
      <w:r w:rsidRPr="0075465D">
        <w:rPr>
          <w:b/>
          <w:sz w:val="24"/>
          <w:szCs w:val="24"/>
        </w:rPr>
        <w:t xml:space="preserve">Feira </w:t>
      </w:r>
      <w:proofErr w:type="spellStart"/>
      <w:r w:rsidRPr="0075465D">
        <w:rPr>
          <w:b/>
          <w:sz w:val="24"/>
          <w:szCs w:val="24"/>
        </w:rPr>
        <w:t>Internacional</w:t>
      </w:r>
      <w:proofErr w:type="spellEnd"/>
      <w:r w:rsidRPr="0075465D">
        <w:rPr>
          <w:b/>
          <w:sz w:val="24"/>
          <w:szCs w:val="24"/>
        </w:rPr>
        <w:t xml:space="preserve"> de </w:t>
      </w:r>
      <w:proofErr w:type="spellStart"/>
      <w:r w:rsidRPr="0075465D">
        <w:rPr>
          <w:b/>
          <w:sz w:val="24"/>
          <w:szCs w:val="24"/>
        </w:rPr>
        <w:t>Projetos</w:t>
      </w:r>
      <w:proofErr w:type="spellEnd"/>
      <w:r w:rsidRPr="0075465D">
        <w:rPr>
          <w:b/>
          <w:sz w:val="24"/>
          <w:szCs w:val="24"/>
        </w:rPr>
        <w:t xml:space="preserve"> Rotários 2026 – Recife/PE – Brasil</w:t>
      </w:r>
    </w:p>
    <w:p w:rsidR="008C3A82" w:rsidRPr="0075465D" w:rsidRDefault="00BE61CF">
      <w:pPr>
        <w:spacing w:after="80" w:line="240" w:lineRule="auto"/>
        <w:jc w:val="both"/>
        <w:rPr>
          <w:sz w:val="24"/>
          <w:szCs w:val="24"/>
        </w:rPr>
      </w:pPr>
      <w:r w:rsidRPr="0075465D">
        <w:rPr>
          <w:sz w:val="24"/>
          <w:szCs w:val="24"/>
        </w:rPr>
        <w:t xml:space="preserve">O Distrito Rotário nº __________, neste ato representado por seu(sua) Governador(a), Sr.(a) </w:t>
      </w:r>
      <w:r w:rsidRPr="0075465D">
        <w:rPr>
          <w:sz w:val="24"/>
          <w:szCs w:val="24"/>
        </w:rPr>
        <w:t>____________________________________________________________, Gestão 2026–2027, declara seu compromisso em patrocinar e apoiar o projeto abaixo identificado, conforme acordado durante a Feira Internacional de Projetos Rotários 2026, realizada em Recife, Pe</w:t>
      </w:r>
      <w:r w:rsidRPr="0075465D">
        <w:rPr>
          <w:sz w:val="24"/>
          <w:szCs w:val="24"/>
        </w:rPr>
        <w:t>rnambuco, Brasil.</w:t>
      </w:r>
    </w:p>
    <w:p w:rsidR="0075465D" w:rsidRDefault="0075465D">
      <w:pPr>
        <w:spacing w:after="40" w:line="240" w:lineRule="auto"/>
        <w:rPr>
          <w:sz w:val="24"/>
          <w:szCs w:val="24"/>
        </w:rPr>
      </w:pPr>
    </w:p>
    <w:p w:rsidR="008C3A82" w:rsidRPr="0075465D" w:rsidRDefault="00BE61CF">
      <w:pPr>
        <w:spacing w:after="40" w:line="240" w:lineRule="auto"/>
        <w:rPr>
          <w:sz w:val="24"/>
          <w:szCs w:val="24"/>
        </w:rPr>
      </w:pPr>
      <w:r w:rsidRPr="0075465D">
        <w:rPr>
          <w:sz w:val="24"/>
          <w:szCs w:val="24"/>
        </w:rPr>
        <w:t xml:space="preserve">Rotary Club </w:t>
      </w:r>
      <w:proofErr w:type="spellStart"/>
      <w:r w:rsidRPr="0075465D">
        <w:rPr>
          <w:sz w:val="24"/>
          <w:szCs w:val="24"/>
        </w:rPr>
        <w:t>responsável</w:t>
      </w:r>
      <w:proofErr w:type="spellEnd"/>
      <w:r w:rsidRPr="0075465D">
        <w:rPr>
          <w:sz w:val="24"/>
          <w:szCs w:val="24"/>
        </w:rPr>
        <w:t xml:space="preserve"> </w:t>
      </w:r>
      <w:proofErr w:type="spellStart"/>
      <w:r w:rsidRPr="0075465D">
        <w:rPr>
          <w:sz w:val="24"/>
          <w:szCs w:val="24"/>
        </w:rPr>
        <w:t>pelo</w:t>
      </w:r>
      <w:proofErr w:type="spellEnd"/>
      <w:r w:rsidRPr="0075465D">
        <w:rPr>
          <w:sz w:val="24"/>
          <w:szCs w:val="24"/>
        </w:rPr>
        <w:t xml:space="preserve"> </w:t>
      </w:r>
      <w:proofErr w:type="spellStart"/>
      <w:r w:rsidRPr="0075465D">
        <w:rPr>
          <w:sz w:val="24"/>
          <w:szCs w:val="24"/>
        </w:rPr>
        <w:t>projeto</w:t>
      </w:r>
      <w:proofErr w:type="spellEnd"/>
      <w:r w:rsidRPr="0075465D">
        <w:rPr>
          <w:sz w:val="24"/>
          <w:szCs w:val="24"/>
        </w:rPr>
        <w:t xml:space="preserve">: </w:t>
      </w:r>
      <w:r w:rsidR="0075465D">
        <w:rPr>
          <w:sz w:val="24"/>
          <w:szCs w:val="24"/>
        </w:rPr>
        <w:t>_________________________________________________</w:t>
      </w:r>
    </w:p>
    <w:p w:rsidR="008C3A82" w:rsidRPr="0075465D" w:rsidRDefault="00BE61CF">
      <w:pPr>
        <w:spacing w:after="40" w:line="240" w:lineRule="auto"/>
        <w:rPr>
          <w:sz w:val="24"/>
          <w:szCs w:val="24"/>
        </w:rPr>
      </w:pPr>
      <w:proofErr w:type="spellStart"/>
      <w:r w:rsidRPr="0075465D">
        <w:rPr>
          <w:sz w:val="24"/>
          <w:szCs w:val="24"/>
        </w:rPr>
        <w:t>Título</w:t>
      </w:r>
      <w:proofErr w:type="spellEnd"/>
      <w:r w:rsidRPr="0075465D">
        <w:rPr>
          <w:sz w:val="24"/>
          <w:szCs w:val="24"/>
        </w:rPr>
        <w:t xml:space="preserve"> do </w:t>
      </w:r>
      <w:proofErr w:type="spellStart"/>
      <w:r w:rsidRPr="0075465D">
        <w:rPr>
          <w:sz w:val="24"/>
          <w:szCs w:val="24"/>
        </w:rPr>
        <w:t>Projeto</w:t>
      </w:r>
      <w:proofErr w:type="spellEnd"/>
      <w:r w:rsidRPr="0075465D">
        <w:rPr>
          <w:sz w:val="24"/>
          <w:szCs w:val="24"/>
        </w:rPr>
        <w:t xml:space="preserve">: </w:t>
      </w:r>
      <w:r w:rsidRPr="0075465D">
        <w:rPr>
          <w:sz w:val="24"/>
          <w:szCs w:val="24"/>
        </w:rPr>
        <w:t>________________________________________________</w:t>
      </w:r>
      <w:r w:rsidR="0075465D">
        <w:rPr>
          <w:sz w:val="24"/>
          <w:szCs w:val="24"/>
        </w:rPr>
        <w:t>_________________</w:t>
      </w:r>
    </w:p>
    <w:p w:rsidR="008C3A82" w:rsidRPr="0075465D" w:rsidRDefault="00BE61CF">
      <w:pPr>
        <w:spacing w:after="40" w:line="240" w:lineRule="auto"/>
        <w:rPr>
          <w:sz w:val="24"/>
          <w:szCs w:val="24"/>
        </w:rPr>
      </w:pPr>
      <w:r w:rsidRPr="0075465D">
        <w:rPr>
          <w:sz w:val="24"/>
          <w:szCs w:val="24"/>
        </w:rPr>
        <w:t xml:space="preserve">Número do Global Grant, se </w:t>
      </w:r>
      <w:proofErr w:type="spellStart"/>
      <w:r w:rsidRPr="0075465D">
        <w:rPr>
          <w:sz w:val="24"/>
          <w:szCs w:val="24"/>
        </w:rPr>
        <w:t>disponível</w:t>
      </w:r>
      <w:proofErr w:type="spellEnd"/>
      <w:r w:rsidRPr="0075465D">
        <w:rPr>
          <w:sz w:val="24"/>
          <w:szCs w:val="24"/>
        </w:rPr>
        <w:t xml:space="preserve">: </w:t>
      </w:r>
      <w:r w:rsidR="0075465D">
        <w:rPr>
          <w:sz w:val="24"/>
          <w:szCs w:val="24"/>
        </w:rPr>
        <w:t>________</w:t>
      </w:r>
      <w:r w:rsidRPr="0075465D">
        <w:rPr>
          <w:sz w:val="24"/>
          <w:szCs w:val="24"/>
        </w:rPr>
        <w:t>___________________________</w:t>
      </w:r>
      <w:r w:rsidR="0075465D">
        <w:rPr>
          <w:sz w:val="24"/>
          <w:szCs w:val="24"/>
        </w:rPr>
        <w:t>____________</w:t>
      </w:r>
    </w:p>
    <w:p w:rsidR="008C3A82" w:rsidRPr="0075465D" w:rsidRDefault="00BE61CF">
      <w:pPr>
        <w:spacing w:after="80" w:line="240" w:lineRule="auto"/>
        <w:rPr>
          <w:sz w:val="24"/>
          <w:szCs w:val="24"/>
        </w:rPr>
      </w:pPr>
      <w:r w:rsidRPr="0075465D">
        <w:rPr>
          <w:sz w:val="24"/>
          <w:szCs w:val="24"/>
        </w:rPr>
        <w:t xml:space="preserve">Valor do </w:t>
      </w:r>
      <w:proofErr w:type="spellStart"/>
      <w:r w:rsidRPr="0075465D">
        <w:rPr>
          <w:sz w:val="24"/>
          <w:szCs w:val="24"/>
        </w:rPr>
        <w:t>compromisso</w:t>
      </w:r>
      <w:proofErr w:type="spellEnd"/>
      <w:r w:rsidRPr="0075465D">
        <w:rPr>
          <w:sz w:val="24"/>
          <w:szCs w:val="24"/>
        </w:rPr>
        <w:t xml:space="preserve"> / FDUC: </w:t>
      </w:r>
      <w:r w:rsidRPr="0075465D">
        <w:rPr>
          <w:sz w:val="24"/>
          <w:szCs w:val="24"/>
        </w:rPr>
        <w:t>____________________________________________________</w:t>
      </w:r>
      <w:r w:rsidR="005813D3">
        <w:rPr>
          <w:sz w:val="24"/>
          <w:szCs w:val="24"/>
        </w:rPr>
        <w:t>__</w:t>
      </w:r>
      <w:bookmarkStart w:id="0" w:name="_GoBack"/>
      <w:bookmarkEnd w:id="0"/>
    </w:p>
    <w:p w:rsidR="008C3A82" w:rsidRPr="0075465D" w:rsidRDefault="00BE61CF">
      <w:pPr>
        <w:spacing w:after="80" w:line="240" w:lineRule="auto"/>
        <w:jc w:val="both"/>
        <w:rPr>
          <w:sz w:val="24"/>
          <w:szCs w:val="24"/>
        </w:rPr>
      </w:pPr>
      <w:r w:rsidRPr="0075465D">
        <w:rPr>
          <w:sz w:val="24"/>
          <w:szCs w:val="24"/>
        </w:rPr>
        <w:t>Por meio deste instrumento, o Distrito confirma sua participação como Distrito Patrocinador do projeto,</w:t>
      </w:r>
      <w:r w:rsidRPr="0075465D">
        <w:rPr>
          <w:sz w:val="24"/>
          <w:szCs w:val="24"/>
        </w:rPr>
        <w:t xml:space="preserve"> comprometendo-se a cumprir o apoio e/ou aporte de recursos acordado, observadas as normas e os procedimentos aplicáveis da Fundação Rotária.</w:t>
      </w:r>
    </w:p>
    <w:p w:rsidR="008C3A82" w:rsidRPr="0075465D" w:rsidRDefault="00BE61CF">
      <w:pPr>
        <w:spacing w:after="40" w:line="240" w:lineRule="auto"/>
        <w:rPr>
          <w:sz w:val="24"/>
          <w:szCs w:val="24"/>
        </w:rPr>
      </w:pPr>
      <w:r w:rsidRPr="0075465D">
        <w:rPr>
          <w:b/>
          <w:sz w:val="24"/>
          <w:szCs w:val="24"/>
        </w:rPr>
        <w:t>CONTINUIDADE DO COMPROMISSO</w:t>
      </w:r>
    </w:p>
    <w:p w:rsidR="008C3A82" w:rsidRPr="0075465D" w:rsidRDefault="00BE61CF">
      <w:pPr>
        <w:spacing w:after="60" w:line="240" w:lineRule="auto"/>
        <w:jc w:val="both"/>
        <w:rPr>
          <w:sz w:val="24"/>
          <w:szCs w:val="24"/>
        </w:rPr>
      </w:pPr>
      <w:r w:rsidRPr="0075465D">
        <w:rPr>
          <w:sz w:val="24"/>
          <w:szCs w:val="24"/>
        </w:rPr>
        <w:t>O presente compromisso é assumido institucionalmente pelo Distrito Rotário nº ________</w:t>
      </w:r>
      <w:r w:rsidRPr="0075465D">
        <w:rPr>
          <w:sz w:val="24"/>
          <w:szCs w:val="24"/>
        </w:rPr>
        <w:t>__, não se limitando ao mandato do(a) Governador(a) que o assina.</w:t>
      </w:r>
    </w:p>
    <w:p w:rsidR="008C3A82" w:rsidRPr="0075465D" w:rsidRDefault="00BE61CF">
      <w:pPr>
        <w:spacing w:after="60" w:line="240" w:lineRule="auto"/>
        <w:jc w:val="both"/>
        <w:rPr>
          <w:sz w:val="24"/>
          <w:szCs w:val="24"/>
        </w:rPr>
      </w:pPr>
      <w:r w:rsidRPr="0075465D">
        <w:rPr>
          <w:b/>
          <w:sz w:val="24"/>
          <w:szCs w:val="24"/>
        </w:rPr>
        <w:t xml:space="preserve">Eventual mudança de Governador(a) ou de gestão distrital não extingue nem altera o compromisso de patrocínio aqui assumido, </w:t>
      </w:r>
      <w:r w:rsidRPr="0075465D">
        <w:rPr>
          <w:sz w:val="24"/>
          <w:szCs w:val="24"/>
        </w:rPr>
        <w:t>permanecendo o Distrito responsável pelo apoio acordado até o cump</w:t>
      </w:r>
      <w:r w:rsidRPr="0075465D">
        <w:rPr>
          <w:sz w:val="24"/>
          <w:szCs w:val="24"/>
        </w:rPr>
        <w:t>rimento das obrigações referentes ao projeto, observadas as normas da Fundação Rotária.</w:t>
      </w:r>
    </w:p>
    <w:p w:rsidR="008C3A82" w:rsidRPr="0075465D" w:rsidRDefault="00BE61CF">
      <w:pPr>
        <w:spacing w:after="120" w:line="240" w:lineRule="auto"/>
        <w:jc w:val="both"/>
        <w:rPr>
          <w:sz w:val="24"/>
          <w:szCs w:val="24"/>
        </w:rPr>
      </w:pPr>
      <w:r w:rsidRPr="0075465D">
        <w:rPr>
          <w:sz w:val="24"/>
          <w:szCs w:val="24"/>
        </w:rPr>
        <w:t>Este Termo formaliza o compromisso estabelecido entre as partes durante a Feira Internacional de Projetos Rotários 2026 – Recife/PE – Brasil.</w:t>
      </w:r>
    </w:p>
    <w:p w:rsidR="008C3A82" w:rsidRDefault="00BE61CF">
      <w:pPr>
        <w:spacing w:after="160"/>
        <w:jc w:val="right"/>
        <w:rPr>
          <w:sz w:val="24"/>
          <w:szCs w:val="24"/>
        </w:rPr>
      </w:pPr>
      <w:r w:rsidRPr="0075465D">
        <w:rPr>
          <w:sz w:val="24"/>
          <w:szCs w:val="24"/>
        </w:rPr>
        <w:t xml:space="preserve">____________________________________, ______ de __________________ </w:t>
      </w:r>
      <w:proofErr w:type="spellStart"/>
      <w:r w:rsidRPr="0075465D">
        <w:rPr>
          <w:sz w:val="24"/>
          <w:szCs w:val="24"/>
        </w:rPr>
        <w:t>de</w:t>
      </w:r>
      <w:proofErr w:type="spellEnd"/>
      <w:r w:rsidRPr="0075465D">
        <w:rPr>
          <w:sz w:val="24"/>
          <w:szCs w:val="24"/>
        </w:rPr>
        <w:t xml:space="preserve"> 2026.</w:t>
      </w:r>
    </w:p>
    <w:p w:rsidR="0075465D" w:rsidRPr="0075465D" w:rsidRDefault="0075465D">
      <w:pPr>
        <w:spacing w:after="160"/>
        <w:jc w:val="right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710"/>
      </w:tblGrid>
      <w:tr w:rsidR="008C3A82" w:rsidRPr="0075465D">
        <w:trPr>
          <w:jc w:val="center"/>
        </w:trPr>
        <w:tc>
          <w:tcPr>
            <w:tcW w:w="10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3A82" w:rsidRPr="0075465D" w:rsidRDefault="00BE61CF">
            <w:pPr>
              <w:spacing w:after="0"/>
              <w:jc w:val="center"/>
              <w:rPr>
                <w:sz w:val="24"/>
                <w:szCs w:val="24"/>
              </w:rPr>
            </w:pPr>
            <w:r w:rsidRPr="0075465D">
              <w:rPr>
                <w:b/>
                <w:sz w:val="24"/>
                <w:szCs w:val="24"/>
              </w:rPr>
              <w:t xml:space="preserve">Governador(a) </w:t>
            </w:r>
            <w:proofErr w:type="spellStart"/>
            <w:r w:rsidRPr="0075465D">
              <w:rPr>
                <w:b/>
                <w:sz w:val="24"/>
                <w:szCs w:val="24"/>
              </w:rPr>
              <w:t>Representante</w:t>
            </w:r>
            <w:proofErr w:type="spellEnd"/>
            <w:r w:rsidRPr="0075465D">
              <w:rPr>
                <w:b/>
                <w:sz w:val="24"/>
                <w:szCs w:val="24"/>
              </w:rPr>
              <w:t xml:space="preserve"> do Distrito nº __________</w:t>
            </w:r>
            <w:r w:rsidR="0075465D" w:rsidRPr="0075465D">
              <w:rPr>
                <w:sz w:val="24"/>
                <w:szCs w:val="24"/>
              </w:rPr>
              <w:t xml:space="preserve"> </w:t>
            </w:r>
            <w:proofErr w:type="spellStart"/>
            <w:r w:rsidR="0075465D" w:rsidRPr="0075465D">
              <w:rPr>
                <w:sz w:val="24"/>
                <w:szCs w:val="24"/>
              </w:rPr>
              <w:t>Gestão</w:t>
            </w:r>
            <w:proofErr w:type="spellEnd"/>
            <w:r w:rsidR="0075465D" w:rsidRPr="0075465D">
              <w:rPr>
                <w:sz w:val="24"/>
                <w:szCs w:val="24"/>
              </w:rPr>
              <w:t xml:space="preserve"> 2026–2027</w:t>
            </w:r>
          </w:p>
        </w:tc>
      </w:tr>
      <w:tr w:rsidR="008C3A82" w:rsidRPr="0075465D">
        <w:trPr>
          <w:jc w:val="center"/>
        </w:trPr>
        <w:tc>
          <w:tcPr>
            <w:tcW w:w="10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3A82" w:rsidRPr="0075465D" w:rsidRDefault="00BE61CF">
            <w:pPr>
              <w:spacing w:after="0"/>
              <w:jc w:val="center"/>
              <w:rPr>
                <w:sz w:val="24"/>
                <w:szCs w:val="24"/>
              </w:rPr>
            </w:pPr>
            <w:r w:rsidRPr="0075465D">
              <w:rPr>
                <w:sz w:val="24"/>
                <w:szCs w:val="24"/>
              </w:rPr>
              <w:t>Nome: __________________________________________</w:t>
            </w:r>
          </w:p>
        </w:tc>
      </w:tr>
      <w:tr w:rsidR="008C3A82" w:rsidRPr="0075465D">
        <w:trPr>
          <w:jc w:val="center"/>
        </w:trPr>
        <w:tc>
          <w:tcPr>
            <w:tcW w:w="10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65D" w:rsidRDefault="00BE61CF">
            <w:pPr>
              <w:spacing w:after="0"/>
              <w:jc w:val="center"/>
              <w:rPr>
                <w:sz w:val="24"/>
                <w:szCs w:val="24"/>
              </w:rPr>
            </w:pPr>
            <w:r w:rsidRPr="0075465D">
              <w:rPr>
                <w:sz w:val="24"/>
                <w:szCs w:val="24"/>
              </w:rPr>
              <w:t>E</w:t>
            </w:r>
            <w:r w:rsidRPr="0075465D">
              <w:rPr>
                <w:sz w:val="24"/>
                <w:szCs w:val="24"/>
              </w:rPr>
              <w:t xml:space="preserve">-mail: __________________________________   </w:t>
            </w:r>
          </w:p>
          <w:p w:rsidR="008C3A82" w:rsidRPr="0075465D" w:rsidRDefault="00BE61CF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75465D">
              <w:rPr>
                <w:sz w:val="24"/>
                <w:szCs w:val="24"/>
              </w:rPr>
              <w:t>Telefone</w:t>
            </w:r>
            <w:proofErr w:type="spellEnd"/>
            <w:r w:rsidRPr="0075465D">
              <w:rPr>
                <w:sz w:val="24"/>
                <w:szCs w:val="24"/>
              </w:rPr>
              <w:t xml:space="preserve"> / WhatsApp: ______________________________</w:t>
            </w:r>
          </w:p>
        </w:tc>
      </w:tr>
      <w:tr w:rsidR="0075465D" w:rsidRPr="0075465D">
        <w:trPr>
          <w:jc w:val="center"/>
        </w:trPr>
        <w:tc>
          <w:tcPr>
            <w:tcW w:w="10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465D" w:rsidRDefault="0075465D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75465D" w:rsidRDefault="0075465D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Assinatura</w:t>
            </w:r>
            <w:proofErr w:type="spellEnd"/>
            <w:r>
              <w:rPr>
                <w:sz w:val="24"/>
                <w:szCs w:val="24"/>
              </w:rPr>
              <w:t>_________________________________________</w:t>
            </w:r>
          </w:p>
          <w:p w:rsidR="0075465D" w:rsidRPr="0075465D" w:rsidRDefault="0075465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BE61CF" w:rsidRDefault="00BE61CF"/>
    <w:sectPr w:rsidR="00BE61CF" w:rsidSect="00034616">
      <w:pgSz w:w="12240" w:h="15840"/>
      <w:pgMar w:top="510" w:right="765" w:bottom="482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813D3"/>
    <w:rsid w:val="006F4D0D"/>
    <w:rsid w:val="0075192E"/>
    <w:rsid w:val="0075465D"/>
    <w:rsid w:val="008C3A82"/>
    <w:rsid w:val="00AA1D8D"/>
    <w:rsid w:val="00B47730"/>
    <w:rsid w:val="00BE61CF"/>
    <w:rsid w:val="00C7274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3D8901"/>
  <w14:defaultImageDpi w14:val="300"/>
  <w15:docId w15:val="{8D2F9D2D-F38E-4D71-BFA7-23B3EF42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D590FC-EC2B-4396-ADB6-64354DF3F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1737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Darci Luís Campo</cp:lastModifiedBy>
  <cp:revision>3</cp:revision>
  <dcterms:created xsi:type="dcterms:W3CDTF">2026-08-13T17:30:00Z</dcterms:created>
  <dcterms:modified xsi:type="dcterms:W3CDTF">2026-08-13T17:31:00Z</dcterms:modified>
  <cp:category/>
</cp:coreProperties>
</file>